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2343B3" w14:textId="77777777" w:rsidR="00C96E6A" w:rsidRPr="00612D62" w:rsidRDefault="00000000">
      <w:pPr>
        <w:pStyle w:val="aa"/>
        <w:rPr>
          <w:lang w:val="ru-RU"/>
        </w:rPr>
      </w:pPr>
      <w:r w:rsidRPr="00612D62">
        <w:rPr>
          <w:lang w:val="ru-RU"/>
        </w:rPr>
        <w:t>Форма регистрации команды на соревнование</w:t>
      </w:r>
    </w:p>
    <w:p w14:paraId="64E9317F" w14:textId="77777777" w:rsidR="00C96E6A" w:rsidRPr="00612D62" w:rsidRDefault="00000000" w:rsidP="00B20C82">
      <w:pPr>
        <w:pStyle w:val="1"/>
        <w:spacing w:before="100" w:beforeAutospacing="1"/>
        <w:rPr>
          <w:lang w:val="ru-RU"/>
        </w:rPr>
      </w:pPr>
      <w:r w:rsidRPr="00612D62">
        <w:rPr>
          <w:lang w:val="ru-RU"/>
        </w:rPr>
        <w:t>Информация о команде</w:t>
      </w:r>
    </w:p>
    <w:p w14:paraId="3118A70C" w14:textId="77777777" w:rsidR="009E6D9B" w:rsidRPr="00612D62" w:rsidRDefault="009E6D9B" w:rsidP="00FD6455">
      <w:pPr>
        <w:spacing w:after="0"/>
        <w:rPr>
          <w:lang w:val="ru-RU"/>
        </w:rPr>
        <w:sectPr w:rsidR="009E6D9B" w:rsidRPr="00612D62" w:rsidSect="007A49CE">
          <w:pgSz w:w="12240" w:h="15840"/>
          <w:pgMar w:top="1440" w:right="505" w:bottom="1440" w:left="960" w:header="720" w:footer="720" w:gutter="0"/>
          <w:cols w:space="720"/>
          <w:docGrid w:linePitch="360"/>
        </w:sectPr>
      </w:pPr>
    </w:p>
    <w:p w14:paraId="19CD352E" w14:textId="58A76CCC" w:rsidR="009E6D9B" w:rsidRPr="009E6D9B" w:rsidRDefault="009E6D9B" w:rsidP="009E6D9B">
      <w:pPr>
        <w:spacing w:after="0"/>
        <w:rPr>
          <w:lang w:val="ru-RU"/>
        </w:rPr>
        <w:sectPr w:rsidR="009E6D9B" w:rsidRPr="009E6D9B" w:rsidSect="007A49CE">
          <w:type w:val="continuous"/>
          <w:pgSz w:w="12240" w:h="15840"/>
          <w:pgMar w:top="1440" w:right="505" w:bottom="1440" w:left="960" w:header="720" w:footer="720" w:gutter="0"/>
          <w:cols w:num="2" w:space="720"/>
          <w:docGrid w:linePitch="360"/>
        </w:sectPr>
      </w:pPr>
    </w:p>
    <w:tbl>
      <w:tblPr>
        <w:tblStyle w:val="aff0"/>
        <w:tblpPr w:leftFromText="180" w:rightFromText="180" w:vertAnchor="text" w:horzAnchor="margin" w:tblpY="461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2547"/>
        <w:gridCol w:w="2835"/>
        <w:gridCol w:w="425"/>
        <w:gridCol w:w="1843"/>
        <w:gridCol w:w="2861"/>
      </w:tblGrid>
      <w:tr w:rsidR="00B20C82" w:rsidRPr="00B20C82" w14:paraId="6FB1FC73" w14:textId="77777777" w:rsidTr="00B20C82">
        <w:trPr>
          <w:trHeight w:val="257"/>
        </w:trPr>
        <w:tc>
          <w:tcPr>
            <w:tcW w:w="2547" w:type="dxa"/>
          </w:tcPr>
          <w:p w14:paraId="515F480D" w14:textId="03CD7A0E" w:rsidR="001C5F4B" w:rsidRPr="00B20C82" w:rsidRDefault="001C5F4B" w:rsidP="00B20C82">
            <w:pPr>
              <w:jc w:val="right"/>
              <w:rPr>
                <w:sz w:val="20"/>
                <w:szCs w:val="20"/>
                <w:lang w:val="ru-RU"/>
              </w:rPr>
            </w:pPr>
            <w:r w:rsidRPr="00B20C82">
              <w:rPr>
                <w:sz w:val="20"/>
                <w:szCs w:val="20"/>
                <w:lang w:val="ru-RU"/>
              </w:rPr>
              <w:t>Название команды:</w:t>
            </w:r>
          </w:p>
        </w:tc>
        <w:tc>
          <w:tcPr>
            <w:tcW w:w="2835" w:type="dxa"/>
          </w:tcPr>
          <w:p w14:paraId="4F5BF22A" w14:textId="3D3B358C" w:rsidR="001C5F4B" w:rsidRPr="00B20C82" w:rsidRDefault="00B20C82" w:rsidP="001C5F4B">
            <w:pPr>
              <w:rPr>
                <w:sz w:val="20"/>
                <w:szCs w:val="20"/>
                <w:lang w:val="ru-RU"/>
              </w:rPr>
            </w:pPr>
            <w:sdt>
              <w:sdtPr>
                <w:rPr>
                  <w:sz w:val="20"/>
                  <w:szCs w:val="20"/>
                  <w:lang w:val="ru-RU"/>
                </w:rPr>
                <w:tag w:val="team"/>
                <w:id w:val="-1551453626"/>
                <w:placeholder>
                  <w:docPart w:val="8F06B6FAA8864DC1A2F4917AB18CAF32"/>
                </w:placeholder>
                <w:showingPlcHdr/>
              </w:sdtPr>
              <w:sdtContent>
                <w:r w:rsidRPr="00B20C82">
                  <w:rPr>
                    <w:rStyle w:val="aff8"/>
                    <w:sz w:val="20"/>
                    <w:szCs w:val="20"/>
                    <w:lang w:val="ru-RU"/>
                  </w:rPr>
                  <w:t>Место для ввода текста.</w:t>
                </w:r>
              </w:sdtContent>
            </w:sdt>
          </w:p>
        </w:tc>
        <w:tc>
          <w:tcPr>
            <w:tcW w:w="425" w:type="dxa"/>
          </w:tcPr>
          <w:p w14:paraId="15660E20" w14:textId="77777777" w:rsidR="001C5F4B" w:rsidRPr="00B20C82" w:rsidRDefault="001C5F4B" w:rsidP="001C5F4B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</w:tcPr>
          <w:p w14:paraId="0738A570" w14:textId="43054DDA" w:rsidR="001C5F4B" w:rsidRPr="00B20C82" w:rsidRDefault="001C5F4B" w:rsidP="00B20C82">
            <w:pPr>
              <w:jc w:val="right"/>
              <w:rPr>
                <w:sz w:val="20"/>
                <w:szCs w:val="20"/>
                <w:lang w:val="ru-RU"/>
              </w:rPr>
            </w:pPr>
            <w:r w:rsidRPr="00B20C82">
              <w:rPr>
                <w:sz w:val="20"/>
                <w:szCs w:val="20"/>
                <w:lang w:val="ru-RU"/>
              </w:rPr>
              <w:t>Тренер команды:</w:t>
            </w:r>
          </w:p>
        </w:tc>
        <w:tc>
          <w:tcPr>
            <w:tcW w:w="2861" w:type="dxa"/>
          </w:tcPr>
          <w:p w14:paraId="232F7BED" w14:textId="6796E40B" w:rsidR="001C5F4B" w:rsidRPr="00B20C82" w:rsidRDefault="00B20C82" w:rsidP="001C5F4B">
            <w:pPr>
              <w:rPr>
                <w:sz w:val="20"/>
                <w:szCs w:val="20"/>
                <w:lang w:val="ru-RU"/>
              </w:rPr>
            </w:pPr>
            <w:sdt>
              <w:sdtPr>
                <w:rPr>
                  <w:sz w:val="20"/>
                  <w:szCs w:val="20"/>
                  <w:lang w:val="ru-RU"/>
                </w:rPr>
                <w:alias w:val="ФИО полность."/>
                <w:tag w:val="ФИО полность."/>
                <w:id w:val="-623780227"/>
                <w:placeholder>
                  <w:docPart w:val="405796C969FC48209F705589F92E563D"/>
                </w:placeholder>
                <w:showingPlcHdr/>
                <w15:color w:val="FF0000"/>
                <w:text/>
              </w:sdtPr>
              <w:sdtContent>
                <w:r w:rsidRPr="00B20C82">
                  <w:rPr>
                    <w:rStyle w:val="aff8"/>
                    <w:sz w:val="20"/>
                    <w:szCs w:val="20"/>
                    <w:lang w:val="ru-RU"/>
                  </w:rPr>
                  <w:t>Место для ввода текста.</w:t>
                </w:r>
              </w:sdtContent>
            </w:sdt>
          </w:p>
        </w:tc>
      </w:tr>
      <w:tr w:rsidR="00B20C82" w:rsidRPr="00B20C82" w14:paraId="7ED5D870" w14:textId="77777777" w:rsidTr="00B20C82">
        <w:trPr>
          <w:trHeight w:val="257"/>
        </w:trPr>
        <w:tc>
          <w:tcPr>
            <w:tcW w:w="2547" w:type="dxa"/>
          </w:tcPr>
          <w:p w14:paraId="1A2EC150" w14:textId="681C1C06" w:rsidR="001C5F4B" w:rsidRPr="00B20C82" w:rsidRDefault="001C5F4B" w:rsidP="00B20C82">
            <w:pPr>
              <w:jc w:val="right"/>
              <w:rPr>
                <w:sz w:val="20"/>
                <w:szCs w:val="20"/>
                <w:lang w:val="ru-RU"/>
              </w:rPr>
            </w:pPr>
            <w:r w:rsidRPr="00B20C82">
              <w:rPr>
                <w:sz w:val="20"/>
                <w:szCs w:val="20"/>
                <w:lang w:val="ru-RU"/>
              </w:rPr>
              <w:t>Возрастная категория:</w:t>
            </w:r>
          </w:p>
        </w:tc>
        <w:tc>
          <w:tcPr>
            <w:tcW w:w="2835" w:type="dxa"/>
          </w:tcPr>
          <w:p w14:paraId="0EBAE585" w14:textId="54BF8C15" w:rsidR="001C5F4B" w:rsidRPr="00B20C82" w:rsidRDefault="00B20C82" w:rsidP="001C5F4B">
            <w:pPr>
              <w:rPr>
                <w:sz w:val="20"/>
                <w:szCs w:val="20"/>
                <w:lang w:val="ru-RU"/>
              </w:rPr>
            </w:pPr>
            <w:sdt>
              <w:sdtPr>
                <w:rPr>
                  <w:sz w:val="20"/>
                  <w:szCs w:val="20"/>
                  <w:lang w:val="ru-RU"/>
                </w:rPr>
                <w:id w:val="1896313662"/>
                <w:lock w:val="sdtLocked"/>
                <w:placeholder>
                  <w:docPart w:val="5A6B4993BD5D4964B7588357BCAB2C7F"/>
                </w:placeholder>
                <w:dropDownList>
                  <w:listItem w:displayText="Выберите:" w:value="Выберите:"/>
                  <w:listItem w:displayText="младшая (2014-2015 г.р.)" w:value="младшая (2014-2015 г.р.)"/>
                  <w:listItem w:displayText="средняя (2012-2013 г.р.)" w:value="средняя (2012-2013 г.р.)"/>
                  <w:listItem w:displayText="старшая (2010-2011 г.р.)" w:value="старшая (2010-2011 г.р.)"/>
                </w:dropDownList>
              </w:sdtPr>
              <w:sdtContent>
                <w:r w:rsidR="000F029B">
                  <w:rPr>
                    <w:sz w:val="20"/>
                    <w:szCs w:val="20"/>
                    <w:lang w:val="ru-RU"/>
                  </w:rPr>
                  <w:t>старшая (2010-2011 г.р.)</w:t>
                </w:r>
              </w:sdtContent>
            </w:sdt>
          </w:p>
        </w:tc>
        <w:tc>
          <w:tcPr>
            <w:tcW w:w="425" w:type="dxa"/>
          </w:tcPr>
          <w:p w14:paraId="3303CF6C" w14:textId="77777777" w:rsidR="001C5F4B" w:rsidRPr="00B20C82" w:rsidRDefault="001C5F4B" w:rsidP="001C5F4B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</w:tcPr>
          <w:p w14:paraId="34392D3D" w14:textId="1211FF67" w:rsidR="001C5F4B" w:rsidRPr="00B20C82" w:rsidRDefault="00B20C82" w:rsidP="00B20C82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</w:t>
            </w:r>
            <w:r w:rsidR="001C5F4B" w:rsidRPr="00B20C82">
              <w:rPr>
                <w:sz w:val="20"/>
                <w:szCs w:val="20"/>
                <w:lang w:val="ru-RU"/>
              </w:rPr>
              <w:t>елефон:</w:t>
            </w:r>
          </w:p>
        </w:tc>
        <w:tc>
          <w:tcPr>
            <w:tcW w:w="2861" w:type="dxa"/>
          </w:tcPr>
          <w:p w14:paraId="1089502F" w14:textId="24BC78DC" w:rsidR="001C5F4B" w:rsidRPr="00B20C82" w:rsidRDefault="00B20C82" w:rsidP="001C5F4B">
            <w:pPr>
              <w:rPr>
                <w:sz w:val="20"/>
                <w:szCs w:val="20"/>
                <w:lang w:val="ru-RU"/>
              </w:rPr>
            </w:pPr>
            <w:sdt>
              <w:sdtPr>
                <w:rPr>
                  <w:sz w:val="20"/>
                  <w:szCs w:val="20"/>
                  <w:lang w:val="ru-RU"/>
                </w:rPr>
                <w:tag w:val="team"/>
                <w:id w:val="-410695902"/>
                <w:placeholder>
                  <w:docPart w:val="BF661C0D0C994209BEB6BC4A722068B9"/>
                </w:placeholder>
                <w:showingPlcHdr/>
              </w:sdtPr>
              <w:sdtContent>
                <w:r w:rsidRPr="00B20C82">
                  <w:rPr>
                    <w:rStyle w:val="aff8"/>
                    <w:sz w:val="20"/>
                    <w:szCs w:val="20"/>
                    <w:lang w:val="ru-RU"/>
                  </w:rPr>
                  <w:t>Место для ввода текста.</w:t>
                </w:r>
              </w:sdtContent>
            </w:sdt>
          </w:p>
        </w:tc>
      </w:tr>
      <w:tr w:rsidR="00B20C82" w:rsidRPr="00B20C82" w14:paraId="674F413C" w14:textId="77777777" w:rsidTr="00B20C82">
        <w:trPr>
          <w:trHeight w:val="257"/>
        </w:trPr>
        <w:tc>
          <w:tcPr>
            <w:tcW w:w="2547" w:type="dxa"/>
          </w:tcPr>
          <w:p w14:paraId="6CDD37D2" w14:textId="5A4B2A87" w:rsidR="00B20C82" w:rsidRPr="00B20C82" w:rsidRDefault="00B20C82" w:rsidP="00B20C82">
            <w:pPr>
              <w:jc w:val="right"/>
              <w:rPr>
                <w:sz w:val="20"/>
                <w:szCs w:val="20"/>
                <w:lang w:val="ru-RU"/>
              </w:rPr>
            </w:pPr>
            <w:r w:rsidRPr="00B20C82">
              <w:rPr>
                <w:sz w:val="20"/>
                <w:szCs w:val="20"/>
                <w:lang w:val="ru-RU"/>
              </w:rPr>
              <w:t>Округ Москвы:</w:t>
            </w:r>
          </w:p>
        </w:tc>
        <w:tc>
          <w:tcPr>
            <w:tcW w:w="2835" w:type="dxa"/>
          </w:tcPr>
          <w:p w14:paraId="7DB36C4B" w14:textId="38B75A32" w:rsidR="00B20C82" w:rsidRPr="00B20C82" w:rsidRDefault="00B20C82" w:rsidP="00B20C82">
            <w:pPr>
              <w:rPr>
                <w:sz w:val="20"/>
                <w:szCs w:val="20"/>
                <w:lang w:val="ru-RU"/>
              </w:rPr>
            </w:pPr>
            <w:sdt>
              <w:sdtPr>
                <w:rPr>
                  <w:sz w:val="20"/>
                  <w:szCs w:val="20"/>
                </w:rPr>
                <w:id w:val="1690184429"/>
                <w:placeholder>
                  <w:docPart w:val="6DECEE6A252E4E878A2C89974638931F"/>
                </w:placeholder>
                <w:dropDownList>
                  <w:listItem w:displayText="САО" w:value="САО"/>
                  <w:listItem w:displayText="СВАО" w:value="СВАО"/>
                  <w:listItem w:displayText="ВАО" w:value="ВАО"/>
                  <w:listItem w:displayText="ЮВАО" w:value="ЮВАО"/>
                  <w:listItem w:displayText="ЮАО" w:value="ЮАО"/>
                  <w:listItem w:displayText="ТиНАО" w:value="ТиНАО"/>
                  <w:listItem w:displayText="ЮЗАО" w:value="ЮЗАО"/>
                  <w:listItem w:displayText="ЗАО" w:value="ЗАО"/>
                  <w:listItem w:displayText="СЗАО" w:value="СЗАО"/>
                  <w:listItem w:displayText="ЗеЛАО" w:value="ЗеЛАО"/>
                  <w:listItem w:displayText="ЦАО" w:value="ЦАО"/>
                </w:dropDownList>
              </w:sdtPr>
              <w:sdtContent>
                <w:r w:rsidR="000F029B">
                  <w:rPr>
                    <w:sz w:val="20"/>
                    <w:szCs w:val="20"/>
                  </w:rPr>
                  <w:t>ЗАО</w:t>
                </w:r>
              </w:sdtContent>
            </w:sdt>
          </w:p>
        </w:tc>
        <w:tc>
          <w:tcPr>
            <w:tcW w:w="425" w:type="dxa"/>
          </w:tcPr>
          <w:p w14:paraId="674E86EF" w14:textId="77777777" w:rsidR="00B20C82" w:rsidRPr="00B20C82" w:rsidRDefault="00B20C82" w:rsidP="00B20C82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</w:tcPr>
          <w:p w14:paraId="4A9B6B3F" w14:textId="3656B084" w:rsidR="00B20C82" w:rsidRPr="00B20C82" w:rsidRDefault="00B20C82" w:rsidP="00B20C82">
            <w:pPr>
              <w:jc w:val="right"/>
              <w:rPr>
                <w:sz w:val="20"/>
                <w:szCs w:val="20"/>
                <w:lang w:val="ru-RU"/>
              </w:rPr>
            </w:pPr>
            <w:r w:rsidRPr="00B20C82">
              <w:rPr>
                <w:sz w:val="20"/>
                <w:szCs w:val="20"/>
              </w:rPr>
              <w:t>email</w:t>
            </w:r>
            <w:r w:rsidRPr="00B20C82">
              <w:rPr>
                <w:sz w:val="20"/>
                <w:szCs w:val="20"/>
                <w:lang w:val="ru-RU"/>
              </w:rPr>
              <w:t>:</w:t>
            </w:r>
          </w:p>
        </w:tc>
        <w:tc>
          <w:tcPr>
            <w:tcW w:w="2861" w:type="dxa"/>
          </w:tcPr>
          <w:p w14:paraId="476E235B" w14:textId="4558A47F" w:rsidR="00B20C82" w:rsidRPr="00B20C82" w:rsidRDefault="00B20C82" w:rsidP="00B20C82">
            <w:pPr>
              <w:rPr>
                <w:sz w:val="20"/>
                <w:szCs w:val="20"/>
                <w:lang w:val="ru-RU"/>
              </w:rPr>
            </w:pPr>
            <w:sdt>
              <w:sdtPr>
                <w:rPr>
                  <w:sz w:val="20"/>
                  <w:szCs w:val="20"/>
                  <w:lang w:val="ru-RU"/>
                </w:rPr>
                <w:tag w:val="team"/>
                <w:id w:val="1091277073"/>
                <w:placeholder>
                  <w:docPart w:val="5B71B8EE6DB94B28923C9DB5179A845E"/>
                </w:placeholder>
                <w:showingPlcHdr/>
              </w:sdtPr>
              <w:sdtContent>
                <w:r w:rsidRPr="00B20C82">
                  <w:rPr>
                    <w:rStyle w:val="aff8"/>
                    <w:sz w:val="20"/>
                    <w:szCs w:val="20"/>
                    <w:lang w:val="ru-RU"/>
                  </w:rPr>
                  <w:t>Место для ввода текста.</w:t>
                </w:r>
              </w:sdtContent>
            </w:sdt>
          </w:p>
        </w:tc>
      </w:tr>
      <w:tr w:rsidR="00B20C82" w:rsidRPr="00B20C82" w14:paraId="6FA59533" w14:textId="77777777" w:rsidTr="00B20C82">
        <w:trPr>
          <w:trHeight w:val="242"/>
        </w:trPr>
        <w:tc>
          <w:tcPr>
            <w:tcW w:w="2547" w:type="dxa"/>
          </w:tcPr>
          <w:p w14:paraId="66867934" w14:textId="3DE86706" w:rsidR="00B20C82" w:rsidRPr="00B20C82" w:rsidRDefault="00B20C82" w:rsidP="00B20C82">
            <w:pPr>
              <w:jc w:val="right"/>
              <w:rPr>
                <w:sz w:val="20"/>
                <w:szCs w:val="20"/>
                <w:lang w:val="ru-RU"/>
              </w:rPr>
            </w:pPr>
            <w:r w:rsidRPr="00B20C82">
              <w:rPr>
                <w:sz w:val="20"/>
                <w:szCs w:val="20"/>
                <w:lang w:val="ru-RU"/>
              </w:rPr>
              <w:t>Район:</w:t>
            </w:r>
          </w:p>
        </w:tc>
        <w:tc>
          <w:tcPr>
            <w:tcW w:w="2835" w:type="dxa"/>
          </w:tcPr>
          <w:p w14:paraId="4FE4BAFF" w14:textId="5D73255A" w:rsidR="00B20C82" w:rsidRPr="00B20C82" w:rsidRDefault="00B20C82" w:rsidP="00B20C82">
            <w:pPr>
              <w:rPr>
                <w:sz w:val="20"/>
                <w:szCs w:val="20"/>
                <w:lang w:val="ru-RU"/>
              </w:rPr>
            </w:pPr>
            <w:sdt>
              <w:sdtPr>
                <w:rPr>
                  <w:sz w:val="20"/>
                  <w:szCs w:val="20"/>
                  <w:lang w:val="ru-RU"/>
                </w:rPr>
                <w:id w:val="-459500500"/>
                <w:placeholder>
                  <w:docPart w:val="7625388B2B9F4474BF12CBEF25D82224"/>
                </w:placeholder>
                <w:showingPlcHdr/>
              </w:sdtPr>
              <w:sdtContent>
                <w:r w:rsidRPr="00B20C82">
                  <w:rPr>
                    <w:rStyle w:val="aff8"/>
                    <w:sz w:val="20"/>
                    <w:szCs w:val="20"/>
                    <w:lang w:val="ru-RU"/>
                  </w:rPr>
                  <w:t>Место для ввода текста.</w:t>
                </w:r>
              </w:sdtContent>
            </w:sdt>
          </w:p>
        </w:tc>
        <w:tc>
          <w:tcPr>
            <w:tcW w:w="425" w:type="dxa"/>
          </w:tcPr>
          <w:p w14:paraId="14E6B330" w14:textId="77777777" w:rsidR="00B20C82" w:rsidRPr="00B20C82" w:rsidRDefault="00B20C82" w:rsidP="00B20C82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1843" w:type="dxa"/>
          </w:tcPr>
          <w:p w14:paraId="7174F726" w14:textId="77777777" w:rsidR="00B20C82" w:rsidRPr="00B20C82" w:rsidRDefault="00B20C82" w:rsidP="00B20C82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2861" w:type="dxa"/>
          </w:tcPr>
          <w:p w14:paraId="2F3A6E48" w14:textId="77777777" w:rsidR="00B20C82" w:rsidRPr="00B20C82" w:rsidRDefault="00B20C82" w:rsidP="00B20C82">
            <w:pPr>
              <w:rPr>
                <w:sz w:val="20"/>
                <w:szCs w:val="20"/>
                <w:lang w:val="ru-RU"/>
              </w:rPr>
            </w:pPr>
          </w:p>
        </w:tc>
      </w:tr>
      <w:tr w:rsidR="00B20C82" w:rsidRPr="00B20C82" w14:paraId="1DADC6E0" w14:textId="77777777" w:rsidTr="00B20C82">
        <w:trPr>
          <w:trHeight w:val="257"/>
        </w:trPr>
        <w:tc>
          <w:tcPr>
            <w:tcW w:w="2547" w:type="dxa"/>
          </w:tcPr>
          <w:p w14:paraId="3E59A596" w14:textId="2A6BDE07" w:rsidR="00B20C82" w:rsidRPr="00B20C82" w:rsidRDefault="00B20C82" w:rsidP="00B20C82">
            <w:pPr>
              <w:jc w:val="righ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</w:tcPr>
          <w:p w14:paraId="1032403D" w14:textId="77777777" w:rsidR="00B20C82" w:rsidRPr="00B20C82" w:rsidRDefault="00B20C82" w:rsidP="00B20C82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425" w:type="dxa"/>
          </w:tcPr>
          <w:p w14:paraId="72D72858" w14:textId="77777777" w:rsidR="00B20C82" w:rsidRPr="00B20C82" w:rsidRDefault="00B20C82" w:rsidP="00B20C82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4704" w:type="dxa"/>
            <w:gridSpan w:val="2"/>
            <w:vAlign w:val="bottom"/>
          </w:tcPr>
          <w:p w14:paraId="2E1CB08C" w14:textId="3C2BB9C8" w:rsidR="00B20C82" w:rsidRPr="00B20C82" w:rsidRDefault="00B20C82" w:rsidP="00B20C82">
            <w:pPr>
              <w:jc w:val="center"/>
              <w:rPr>
                <w:sz w:val="20"/>
                <w:szCs w:val="20"/>
                <w:lang w:val="ru-RU"/>
              </w:rPr>
            </w:pPr>
            <w:r w:rsidRPr="00B20C82">
              <w:rPr>
                <w:sz w:val="20"/>
                <w:szCs w:val="20"/>
                <w:lang w:val="ru-RU"/>
              </w:rPr>
              <w:t>Организация (юридическое лицо), на базе которой сформирована команда:</w:t>
            </w:r>
          </w:p>
        </w:tc>
      </w:tr>
      <w:tr w:rsidR="00B20C82" w:rsidRPr="00B20C82" w14:paraId="07F57236" w14:textId="77777777" w:rsidTr="00B20C82">
        <w:trPr>
          <w:trHeight w:val="257"/>
        </w:trPr>
        <w:tc>
          <w:tcPr>
            <w:tcW w:w="2547" w:type="dxa"/>
          </w:tcPr>
          <w:p w14:paraId="2EB334F3" w14:textId="5639D0DE" w:rsidR="00B20C82" w:rsidRPr="00B20C82" w:rsidRDefault="00B20C82" w:rsidP="00B20C82">
            <w:pPr>
              <w:jc w:val="right"/>
              <w:rPr>
                <w:sz w:val="20"/>
                <w:szCs w:val="20"/>
                <w:lang w:val="ru-RU"/>
              </w:rPr>
            </w:pPr>
            <w:r w:rsidRPr="00B20C82">
              <w:rPr>
                <w:sz w:val="20"/>
                <w:szCs w:val="20"/>
                <w:lang w:val="ru-RU"/>
              </w:rPr>
              <w:t>Руководитель команды:</w:t>
            </w:r>
          </w:p>
        </w:tc>
        <w:tc>
          <w:tcPr>
            <w:tcW w:w="2835" w:type="dxa"/>
          </w:tcPr>
          <w:p w14:paraId="2C03233F" w14:textId="57EEA992" w:rsidR="00B20C82" w:rsidRPr="00B20C82" w:rsidRDefault="00B20C82" w:rsidP="00B20C82">
            <w:pPr>
              <w:rPr>
                <w:sz w:val="20"/>
                <w:szCs w:val="20"/>
                <w:lang w:val="ru-RU"/>
              </w:rPr>
            </w:pPr>
            <w:sdt>
              <w:sdtPr>
                <w:rPr>
                  <w:sz w:val="20"/>
                  <w:szCs w:val="20"/>
                  <w:lang w:val="ru-RU"/>
                </w:rPr>
                <w:alias w:val="ФИО полность."/>
                <w:tag w:val="ФИО полность."/>
                <w:id w:val="-221679999"/>
                <w:placeholder>
                  <w:docPart w:val="09F7667F1FFF43E4A055FDD1F400D80A"/>
                </w:placeholder>
                <w:showingPlcHdr/>
                <w15:color w:val="FF0000"/>
                <w:text/>
              </w:sdtPr>
              <w:sdtContent>
                <w:r w:rsidRPr="00B20C82">
                  <w:rPr>
                    <w:rStyle w:val="aff8"/>
                    <w:sz w:val="20"/>
                    <w:szCs w:val="20"/>
                    <w:lang w:val="ru-RU"/>
                  </w:rPr>
                  <w:t>Место для ввода текста.</w:t>
                </w:r>
              </w:sdtContent>
            </w:sdt>
          </w:p>
        </w:tc>
        <w:tc>
          <w:tcPr>
            <w:tcW w:w="425" w:type="dxa"/>
          </w:tcPr>
          <w:p w14:paraId="0F6C00FB" w14:textId="77777777" w:rsidR="00B20C82" w:rsidRPr="00B20C82" w:rsidRDefault="00B20C82" w:rsidP="00B20C82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4704" w:type="dxa"/>
            <w:gridSpan w:val="2"/>
            <w:vAlign w:val="center"/>
          </w:tcPr>
          <w:p w14:paraId="4BEE1701" w14:textId="03A7E4B5" w:rsidR="00B20C82" w:rsidRPr="00B20C82" w:rsidRDefault="00B20C82" w:rsidP="00B20C82">
            <w:pPr>
              <w:jc w:val="center"/>
              <w:rPr>
                <w:sz w:val="20"/>
                <w:szCs w:val="20"/>
                <w:lang w:val="ru-RU"/>
              </w:rPr>
            </w:pPr>
            <w:sdt>
              <w:sdtPr>
                <w:rPr>
                  <w:sz w:val="20"/>
                  <w:szCs w:val="20"/>
                  <w:lang w:val="ru-RU"/>
                </w:rPr>
                <w:id w:val="-833300773"/>
                <w:placeholder>
                  <w:docPart w:val="18F7596EDBB34B11859C9C207CD86033"/>
                </w:placeholder>
                <w:showingPlcHdr/>
                <w15:color w:val="FF0000"/>
                <w:text/>
              </w:sdtPr>
              <w:sdtContent>
                <w:r w:rsidRPr="00B20C82">
                  <w:rPr>
                    <w:rStyle w:val="aff8"/>
                    <w:sz w:val="20"/>
                    <w:szCs w:val="20"/>
                    <w:lang w:val="ru-RU"/>
                  </w:rPr>
                  <w:t>Место для ввода текста.</w:t>
                </w:r>
              </w:sdtContent>
            </w:sdt>
          </w:p>
        </w:tc>
      </w:tr>
    </w:tbl>
    <w:p w14:paraId="106BE6FE" w14:textId="550C23B6" w:rsidR="00C96E6A" w:rsidRPr="005A4E40" w:rsidRDefault="001C5F4B">
      <w:pPr>
        <w:pStyle w:val="1"/>
        <w:rPr>
          <w:lang w:val="ru-RU"/>
        </w:rPr>
      </w:pPr>
      <w:r w:rsidRPr="005A4E40">
        <w:rPr>
          <w:lang w:val="ru-RU"/>
        </w:rPr>
        <w:t xml:space="preserve"> </w:t>
      </w:r>
      <w:r w:rsidR="00000000" w:rsidRPr="005A4E40">
        <w:rPr>
          <w:lang w:val="ru-RU"/>
        </w:rPr>
        <w:t>Состав команды (дети)</w:t>
      </w:r>
    </w:p>
    <w:tbl>
      <w:tblPr>
        <w:tblStyle w:val="aff0"/>
        <w:tblW w:w="0" w:type="auto"/>
        <w:tblLook w:val="04A0" w:firstRow="1" w:lastRow="0" w:firstColumn="1" w:lastColumn="0" w:noHBand="0" w:noVBand="1"/>
      </w:tblPr>
      <w:tblGrid>
        <w:gridCol w:w="555"/>
        <w:gridCol w:w="1834"/>
        <w:gridCol w:w="1280"/>
        <w:gridCol w:w="2663"/>
        <w:gridCol w:w="2117"/>
        <w:gridCol w:w="2316"/>
      </w:tblGrid>
      <w:tr w:rsidR="00C96E6A" w14:paraId="12829EE0" w14:textId="77777777" w:rsidTr="00782FEC">
        <w:tc>
          <w:tcPr>
            <w:tcW w:w="565" w:type="dxa"/>
            <w:vAlign w:val="center"/>
          </w:tcPr>
          <w:p w14:paraId="16895ECA" w14:textId="77777777" w:rsidR="00C96E6A" w:rsidRDefault="00000000" w:rsidP="00782FEC">
            <w:pPr>
              <w:jc w:val="center"/>
            </w:pPr>
            <w:r>
              <w:t>№</w:t>
            </w:r>
          </w:p>
        </w:tc>
        <w:tc>
          <w:tcPr>
            <w:tcW w:w="1867" w:type="dxa"/>
            <w:vAlign w:val="center"/>
          </w:tcPr>
          <w:p w14:paraId="2F062DEC" w14:textId="77777777" w:rsidR="00C96E6A" w:rsidRDefault="00000000" w:rsidP="00782FEC">
            <w:pPr>
              <w:jc w:val="center"/>
            </w:pPr>
            <w:r>
              <w:t>Ф.И.О. (полностью)</w:t>
            </w:r>
          </w:p>
        </w:tc>
        <w:tc>
          <w:tcPr>
            <w:tcW w:w="1286" w:type="dxa"/>
            <w:vAlign w:val="center"/>
          </w:tcPr>
          <w:p w14:paraId="1B1C759A" w14:textId="77777777" w:rsidR="00C96E6A" w:rsidRDefault="00000000" w:rsidP="00782FEC">
            <w:pPr>
              <w:jc w:val="center"/>
            </w:pPr>
            <w:r>
              <w:t>Дата рождения</w:t>
            </w:r>
          </w:p>
        </w:tc>
        <w:tc>
          <w:tcPr>
            <w:tcW w:w="2806" w:type="dxa"/>
            <w:vAlign w:val="center"/>
          </w:tcPr>
          <w:p w14:paraId="2DD857A2" w14:textId="77777777" w:rsidR="00C96E6A" w:rsidRDefault="00000000" w:rsidP="00782FEC">
            <w:pPr>
              <w:jc w:val="center"/>
            </w:pPr>
            <w:r>
              <w:t>Адрес прописки</w:t>
            </w:r>
          </w:p>
        </w:tc>
        <w:tc>
          <w:tcPr>
            <w:tcW w:w="2151" w:type="dxa"/>
            <w:vAlign w:val="center"/>
          </w:tcPr>
          <w:p w14:paraId="5FA6AEA7" w14:textId="2F3FA461" w:rsidR="00C96E6A" w:rsidRPr="00612D62" w:rsidRDefault="00782FEC" w:rsidP="00782FEC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Серия и номер п</w:t>
            </w:r>
            <w:r w:rsidR="00000000" w:rsidRPr="00612D62">
              <w:rPr>
                <w:lang w:val="ru-RU"/>
              </w:rPr>
              <w:t>аспорт</w:t>
            </w:r>
            <w:r>
              <w:rPr>
                <w:lang w:val="ru-RU"/>
              </w:rPr>
              <w:t>а</w:t>
            </w:r>
            <w:r w:rsidR="00000000" w:rsidRPr="00612D62">
              <w:rPr>
                <w:lang w:val="ru-RU"/>
              </w:rPr>
              <w:t xml:space="preserve"> (свидетельств</w:t>
            </w:r>
            <w:r>
              <w:rPr>
                <w:lang w:val="ru-RU"/>
              </w:rPr>
              <w:t>а</w:t>
            </w:r>
            <w:r w:rsidR="00000000" w:rsidRPr="00612D62">
              <w:rPr>
                <w:lang w:val="ru-RU"/>
              </w:rPr>
              <w:t xml:space="preserve"> о рождении)</w:t>
            </w:r>
          </w:p>
        </w:tc>
        <w:tc>
          <w:tcPr>
            <w:tcW w:w="2316" w:type="dxa"/>
            <w:vAlign w:val="center"/>
          </w:tcPr>
          <w:p w14:paraId="18871D7A" w14:textId="3791F26F" w:rsidR="00C96E6A" w:rsidRDefault="00000000" w:rsidP="00782FEC">
            <w:pPr>
              <w:jc w:val="center"/>
            </w:pPr>
            <w:proofErr w:type="spellStart"/>
            <w:r>
              <w:t>Фото</w:t>
            </w:r>
            <w:proofErr w:type="spellEnd"/>
          </w:p>
        </w:tc>
      </w:tr>
      <w:tr w:rsidR="00C96E6A" w14:paraId="40EF1761" w14:textId="77777777" w:rsidTr="007A49CE">
        <w:tc>
          <w:tcPr>
            <w:tcW w:w="565" w:type="dxa"/>
          </w:tcPr>
          <w:p w14:paraId="3815AAC7" w14:textId="77777777" w:rsidR="00C96E6A" w:rsidRDefault="00000000" w:rsidP="00FD6455">
            <w:pPr>
              <w:jc w:val="center"/>
            </w:pPr>
            <w:r>
              <w:t>1</w:t>
            </w:r>
          </w:p>
        </w:tc>
        <w:tc>
          <w:tcPr>
            <w:tcW w:w="1867" w:type="dxa"/>
          </w:tcPr>
          <w:p w14:paraId="32455EFF" w14:textId="27DD89E9" w:rsidR="00C96E6A" w:rsidRPr="00CD4B82" w:rsidRDefault="00000000">
            <w:pPr>
              <w:rPr>
                <w:lang w:val="ru-RU"/>
              </w:rPr>
            </w:pPr>
            <w:sdt>
              <w:sdtPr>
                <w:alias w:val="Фамилия Имя Отчество"/>
                <w:tag w:val="Фамилия Имя Отчество"/>
                <w:id w:val="-343173414"/>
                <w:placeholder>
                  <w:docPart w:val="07807671DF124F0B9032C83876C9D6E1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448973762"/>
            <w:placeholder>
              <w:docPart w:val="F3FBA3A109B0497AA81AA345C5822DAC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2A5A3A26" w14:textId="72EFD981" w:rsidR="00C96E6A" w:rsidRDefault="007A49CE" w:rsidP="00CD4B82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627591A7" w14:textId="29E646A9" w:rsidR="00C96E6A" w:rsidRPr="007A49CE" w:rsidRDefault="00000000">
            <w:pPr>
              <w:rPr>
                <w:lang w:val="ru-RU"/>
              </w:rPr>
            </w:pPr>
            <w:sdt>
              <w:sdtPr>
                <w:alias w:val="Город, улица, дом, квартира"/>
                <w:tag w:val="Город, улица, дом, квартира"/>
                <w:id w:val="1782385128"/>
                <w:placeholder>
                  <w:docPart w:val="413A77EDAB9649068F8039DD3940BD58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5361A94E" w14:textId="3C08F8CE" w:rsidR="00C96E6A" w:rsidRDefault="00000000">
            <w:sdt>
              <w:sdtPr>
                <w:alias w:val="Серия и номер"/>
                <w:tag w:val="Серия и номер"/>
                <w:id w:val="204303650"/>
                <w:placeholder>
                  <w:docPart w:val="D93AF826444349B0B7EC0C341FC6AB1B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64A8F5EB" w14:textId="305FC6F7" w:rsidR="00C96E6A" w:rsidRDefault="00000000">
            <w:sdt>
              <w:sdtPr>
                <w:id w:val="1068315263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18E1292F" wp14:editId="6B163516">
                      <wp:extent cx="1333500" cy="1333500"/>
                      <wp:effectExtent l="0" t="0" r="0" b="0"/>
                      <wp:docPr id="1" name="Рисунок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7064F187" w14:textId="77777777" w:rsidTr="007A49CE">
        <w:tc>
          <w:tcPr>
            <w:tcW w:w="565" w:type="dxa"/>
          </w:tcPr>
          <w:p w14:paraId="2F60CA5E" w14:textId="77777777" w:rsidR="007A49CE" w:rsidRDefault="007A49CE" w:rsidP="007A49CE">
            <w:pPr>
              <w:jc w:val="center"/>
            </w:pPr>
            <w:r>
              <w:t>2</w:t>
            </w:r>
          </w:p>
        </w:tc>
        <w:tc>
          <w:tcPr>
            <w:tcW w:w="1867" w:type="dxa"/>
          </w:tcPr>
          <w:p w14:paraId="2F4041BB" w14:textId="2F951C6B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-1073347839"/>
                <w:placeholder>
                  <w:docPart w:val="7017B3B10011472A967771BE65C05964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1947278400"/>
            <w:placeholder>
              <w:docPart w:val="21B2563BACA44697B0802B7C03FF50B7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4F2664A5" w14:textId="4F3D862D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0EEFF33F" w14:textId="23E30476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45649686"/>
                <w:placeholder>
                  <w:docPart w:val="B9F60B6311414495A08E8D3CD904E477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2653818B" w14:textId="61D38BDD" w:rsidR="007A49CE" w:rsidRDefault="00000000" w:rsidP="007A49CE">
            <w:sdt>
              <w:sdtPr>
                <w:alias w:val="Серия и номер"/>
                <w:tag w:val="Серия и номер"/>
                <w:id w:val="-1530784837"/>
                <w:placeholder>
                  <w:docPart w:val="C78B3DBEC648449B841AB16BF1295016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6C9D7A2D" w14:textId="3EE7A204" w:rsidR="007A49CE" w:rsidRDefault="00000000" w:rsidP="007A49CE">
            <w:sdt>
              <w:sdtPr>
                <w:id w:val="741684727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573F3D7B" wp14:editId="30268335">
                      <wp:extent cx="1333500" cy="1333500"/>
                      <wp:effectExtent l="0" t="0" r="0" b="0"/>
                      <wp:docPr id="1060802877" name="Рисунок 106080287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07E49072" w14:textId="77777777" w:rsidTr="007A49CE">
        <w:tc>
          <w:tcPr>
            <w:tcW w:w="565" w:type="dxa"/>
          </w:tcPr>
          <w:p w14:paraId="6B92B882" w14:textId="77777777" w:rsidR="007A49CE" w:rsidRDefault="007A49CE" w:rsidP="007A49CE">
            <w:pPr>
              <w:jc w:val="center"/>
            </w:pPr>
            <w:r>
              <w:t>3</w:t>
            </w:r>
          </w:p>
        </w:tc>
        <w:tc>
          <w:tcPr>
            <w:tcW w:w="1867" w:type="dxa"/>
          </w:tcPr>
          <w:p w14:paraId="76BD45CA" w14:textId="076A722F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-9607469"/>
                <w:placeholder>
                  <w:docPart w:val="81E9475B32274420999D95ADBA13EC0C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2122879522"/>
            <w:placeholder>
              <w:docPart w:val="1EB0A6BEDE0B4BE18E648A3E990AE280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562B4C3E" w14:textId="49C6DA9E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5618DC16" w14:textId="69225B65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-1750500269"/>
                <w:placeholder>
                  <w:docPart w:val="A1DADAC493EA422582A4316CFAC988DD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12C0119C" w14:textId="71B4991F" w:rsidR="007A49CE" w:rsidRDefault="00000000" w:rsidP="007A49CE">
            <w:sdt>
              <w:sdtPr>
                <w:alias w:val="Серия и номер"/>
                <w:tag w:val="Серия и номер"/>
                <w:id w:val="131376988"/>
                <w:placeholder>
                  <w:docPart w:val="F8C6A319B3A743EBB71AE6F46FB3E438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6D704A70" w14:textId="633885E1" w:rsidR="007A49CE" w:rsidRDefault="00000000" w:rsidP="007A49CE">
            <w:sdt>
              <w:sdtPr>
                <w:id w:val="-612890700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0A74E9D9" wp14:editId="423BECE5">
                      <wp:extent cx="1333500" cy="1333500"/>
                      <wp:effectExtent l="0" t="0" r="0" b="0"/>
                      <wp:docPr id="1855450781" name="Рисунок 185545078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05D11C42" w14:textId="77777777" w:rsidTr="007A49CE">
        <w:tc>
          <w:tcPr>
            <w:tcW w:w="565" w:type="dxa"/>
          </w:tcPr>
          <w:p w14:paraId="66860C26" w14:textId="544E9052" w:rsidR="007A49CE" w:rsidRDefault="007A49CE" w:rsidP="007A49CE">
            <w:pPr>
              <w:jc w:val="center"/>
            </w:pPr>
            <w:r>
              <w:lastRenderedPageBreak/>
              <w:t>4</w:t>
            </w:r>
          </w:p>
        </w:tc>
        <w:tc>
          <w:tcPr>
            <w:tcW w:w="1867" w:type="dxa"/>
          </w:tcPr>
          <w:p w14:paraId="3F8D0A7C" w14:textId="654DC1F1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-1765908296"/>
                <w:placeholder>
                  <w:docPart w:val="8D23EDC59CB8415F9D63FE9B42DA8E2C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1720705482"/>
            <w:placeholder>
              <w:docPart w:val="4BC6299AC1E84D65B76C601F65BE5EA1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20D81A7B" w14:textId="2FC28A59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1D7C9596" w14:textId="1F9AF59D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-155536121"/>
                <w:placeholder>
                  <w:docPart w:val="EB14046F767D407FBA046DAB1CF6B9C4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4F83581C" w14:textId="039DD0AE" w:rsidR="007A49CE" w:rsidRDefault="00000000" w:rsidP="007A49CE">
            <w:sdt>
              <w:sdtPr>
                <w:alias w:val="Серия и номер"/>
                <w:tag w:val="Серия и номер"/>
                <w:id w:val="1623883717"/>
                <w:placeholder>
                  <w:docPart w:val="87D4A3B2BE9E47F8B8D85E26A5DCAB1D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7CD801FC" w14:textId="07F7068B" w:rsidR="007A49CE" w:rsidRDefault="00000000" w:rsidP="007A49CE">
            <w:sdt>
              <w:sdtPr>
                <w:id w:val="20449579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2AC2AA78" wp14:editId="091278FF">
                      <wp:extent cx="1333500" cy="1333500"/>
                      <wp:effectExtent l="0" t="0" r="0" b="0"/>
                      <wp:docPr id="1594541830" name="Рисунок 159454183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609E35CB" w14:textId="77777777" w:rsidTr="007A49CE">
        <w:tc>
          <w:tcPr>
            <w:tcW w:w="565" w:type="dxa"/>
          </w:tcPr>
          <w:p w14:paraId="4235BF42" w14:textId="77777777" w:rsidR="007A49CE" w:rsidRDefault="007A49CE" w:rsidP="007A49CE">
            <w:pPr>
              <w:jc w:val="center"/>
            </w:pPr>
            <w:r>
              <w:t>5</w:t>
            </w:r>
          </w:p>
        </w:tc>
        <w:tc>
          <w:tcPr>
            <w:tcW w:w="1867" w:type="dxa"/>
          </w:tcPr>
          <w:p w14:paraId="22F7120F" w14:textId="6CE4E7B6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-1382245351"/>
                <w:placeholder>
                  <w:docPart w:val="E8AC37C5571E4791ADBC48A9F58F3CF6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1653871987"/>
            <w:placeholder>
              <w:docPart w:val="B03BC39E5E784D92BA61D07CE74C7DE9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7B7C7D12" w14:textId="118A74E2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71D72182" w14:textId="415E1B83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365725674"/>
                <w:placeholder>
                  <w:docPart w:val="D95E5A2276984A1AAF4DFBB8102BB7DA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652D6FBC" w14:textId="7E79C5C6" w:rsidR="007A49CE" w:rsidRDefault="00000000" w:rsidP="007A49CE">
            <w:sdt>
              <w:sdtPr>
                <w:alias w:val="Серия и номер"/>
                <w:tag w:val="Серия и номер"/>
                <w:id w:val="513037480"/>
                <w:placeholder>
                  <w:docPart w:val="CD9647CC6CFE4CDAB8F48E2EB6EAC068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1B2474B6" w14:textId="14241D92" w:rsidR="007A49CE" w:rsidRDefault="00000000" w:rsidP="007A49CE">
            <w:sdt>
              <w:sdtPr>
                <w:id w:val="1995381678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488F1AAB" wp14:editId="34FEE78A">
                      <wp:extent cx="1333500" cy="1333500"/>
                      <wp:effectExtent l="0" t="0" r="0" b="0"/>
                      <wp:docPr id="212446023" name="Рисунок 21244602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6AD1B109" w14:textId="77777777" w:rsidTr="007A49CE">
        <w:tc>
          <w:tcPr>
            <w:tcW w:w="565" w:type="dxa"/>
          </w:tcPr>
          <w:p w14:paraId="3082981F" w14:textId="77777777" w:rsidR="007A49CE" w:rsidRDefault="007A49CE" w:rsidP="007A49CE">
            <w:pPr>
              <w:jc w:val="center"/>
            </w:pPr>
            <w:r>
              <w:t>6</w:t>
            </w:r>
          </w:p>
        </w:tc>
        <w:tc>
          <w:tcPr>
            <w:tcW w:w="1867" w:type="dxa"/>
          </w:tcPr>
          <w:p w14:paraId="1D129BE7" w14:textId="781149C3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754946390"/>
                <w:placeholder>
                  <w:docPart w:val="BC03558B077B4CE1AE1A72F27F63CA0A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-618833670"/>
            <w:placeholder>
              <w:docPart w:val="8B2EB55293BF4A2F917974D52D1CDF43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6DF3C10F" w14:textId="69BEE4BA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3B425BFA" w14:textId="4A5A5957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-17315723"/>
                <w:placeholder>
                  <w:docPart w:val="76987020AC314C469F4846700F68E15E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7BCF6580" w14:textId="5E8D9FFA" w:rsidR="007A49CE" w:rsidRDefault="00000000" w:rsidP="007A49CE">
            <w:sdt>
              <w:sdtPr>
                <w:alias w:val="Серия и номер"/>
                <w:tag w:val="Серия и номер"/>
                <w:id w:val="1448285325"/>
                <w:placeholder>
                  <w:docPart w:val="235B4EC5CFD04C55B1B2985F07FE1969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5E75DDFA" w14:textId="27840EB3" w:rsidR="007A49CE" w:rsidRDefault="00000000" w:rsidP="007A49CE">
            <w:sdt>
              <w:sdtPr>
                <w:id w:val="117805534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1034B59B" wp14:editId="5127C736">
                      <wp:extent cx="1333500" cy="1333500"/>
                      <wp:effectExtent l="0" t="0" r="0" b="0"/>
                      <wp:docPr id="605176690" name="Рисунок 60517669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2C27AF47" w14:textId="77777777" w:rsidTr="007A49CE">
        <w:tc>
          <w:tcPr>
            <w:tcW w:w="565" w:type="dxa"/>
          </w:tcPr>
          <w:p w14:paraId="098191B8" w14:textId="77777777" w:rsidR="007A49CE" w:rsidRDefault="007A49CE" w:rsidP="007A49CE">
            <w:pPr>
              <w:jc w:val="center"/>
            </w:pPr>
            <w:r>
              <w:t>7</w:t>
            </w:r>
          </w:p>
        </w:tc>
        <w:tc>
          <w:tcPr>
            <w:tcW w:w="1867" w:type="dxa"/>
          </w:tcPr>
          <w:p w14:paraId="4AC00574" w14:textId="5F8201F5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961623731"/>
                <w:placeholder>
                  <w:docPart w:val="BB5CCCE060F041C189A17C3673D1F182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989680342"/>
            <w:placeholder>
              <w:docPart w:val="8F4EB8D80CAC4331BA4334FDB3952D8B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439E032A" w14:textId="198DF864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1FEC3BCD" w14:textId="7B4F13B4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-1800373378"/>
                <w:placeholder>
                  <w:docPart w:val="768DAE3D7D1E4152B4F854D6B299A8AB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44BEDD45" w14:textId="59A8E361" w:rsidR="007A49CE" w:rsidRDefault="00000000" w:rsidP="007A49CE">
            <w:sdt>
              <w:sdtPr>
                <w:alias w:val="Серия и номер"/>
                <w:tag w:val="Серия и номер"/>
                <w:id w:val="1356470717"/>
                <w:placeholder>
                  <w:docPart w:val="4C16AD5F4DC644698292E8A8B7309BA8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693B89F0" w14:textId="73EE1895" w:rsidR="007A49CE" w:rsidRDefault="00000000" w:rsidP="007A49CE">
            <w:sdt>
              <w:sdtPr>
                <w:id w:val="90214608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10320EBB" wp14:editId="6B6BE67C">
                      <wp:extent cx="1333500" cy="1333500"/>
                      <wp:effectExtent l="0" t="0" r="0" b="0"/>
                      <wp:docPr id="1855597745" name="Рисунок 185559774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1431022A" w14:textId="77777777" w:rsidTr="007A49CE">
        <w:tc>
          <w:tcPr>
            <w:tcW w:w="565" w:type="dxa"/>
          </w:tcPr>
          <w:p w14:paraId="097C10A3" w14:textId="77777777" w:rsidR="007A49CE" w:rsidRDefault="007A49CE" w:rsidP="007A49CE">
            <w:pPr>
              <w:jc w:val="center"/>
            </w:pPr>
            <w:r>
              <w:t>8</w:t>
            </w:r>
          </w:p>
        </w:tc>
        <w:tc>
          <w:tcPr>
            <w:tcW w:w="1867" w:type="dxa"/>
          </w:tcPr>
          <w:p w14:paraId="7796E885" w14:textId="037BD3DB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2102526311"/>
                <w:placeholder>
                  <w:docPart w:val="152B2E345DAA4418A4B9D1C95ACD6281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1817606613"/>
            <w:placeholder>
              <w:docPart w:val="272CA021E2594671985263DEE12DD9F2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73633611" w14:textId="15A28257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401E1ED7" w14:textId="2F8E9BB8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-1356809151"/>
                <w:placeholder>
                  <w:docPart w:val="D529F4FF901D4C1AB2CA3C532989CD18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5E91F0E6" w14:textId="21836F89" w:rsidR="007A49CE" w:rsidRDefault="00000000" w:rsidP="007A49CE">
            <w:sdt>
              <w:sdtPr>
                <w:alias w:val="Серия и номер"/>
                <w:tag w:val="Серия и номер"/>
                <w:id w:val="1293635430"/>
                <w:placeholder>
                  <w:docPart w:val="B1740B64E35A40E6A0048438937C3745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1FD39CBF" w14:textId="7844B2C4" w:rsidR="007A49CE" w:rsidRDefault="00000000" w:rsidP="007A49CE">
            <w:sdt>
              <w:sdtPr>
                <w:id w:val="-2071801422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7E8AF552" wp14:editId="33F24F30">
                      <wp:extent cx="1333500" cy="1333500"/>
                      <wp:effectExtent l="0" t="0" r="0" b="0"/>
                      <wp:docPr id="351432180" name="Рисунок 35143218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49164AEA" w14:textId="77777777" w:rsidTr="007A49CE">
        <w:tc>
          <w:tcPr>
            <w:tcW w:w="565" w:type="dxa"/>
          </w:tcPr>
          <w:p w14:paraId="372CB044" w14:textId="77777777" w:rsidR="007A49CE" w:rsidRDefault="007A49CE" w:rsidP="007A49CE">
            <w:pPr>
              <w:jc w:val="center"/>
            </w:pPr>
            <w:r>
              <w:t>9</w:t>
            </w:r>
          </w:p>
        </w:tc>
        <w:tc>
          <w:tcPr>
            <w:tcW w:w="1867" w:type="dxa"/>
          </w:tcPr>
          <w:p w14:paraId="48730495" w14:textId="2A90E6AD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313853346"/>
                <w:placeholder>
                  <w:docPart w:val="C2FEC9FE73194635B64E7BA09CFC116A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1379660159"/>
            <w:placeholder>
              <w:docPart w:val="520FF804490E4D8CBF66FE470A0BD040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7F83A6D6" w14:textId="7A7BE116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78A4505B" w14:textId="51A4527B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314928762"/>
                <w:placeholder>
                  <w:docPart w:val="817BAD6CBB3B4FEBA72E483CC8B2D60F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52ABB38F" w14:textId="5AAC5994" w:rsidR="007A49CE" w:rsidRDefault="00000000" w:rsidP="007A49CE">
            <w:sdt>
              <w:sdtPr>
                <w:alias w:val="Серия и номер"/>
                <w:tag w:val="Серия и номер"/>
                <w:id w:val="1481493225"/>
                <w:placeholder>
                  <w:docPart w:val="59AB5F48FC514D6D96E91EF30BBB83B6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20146292" w14:textId="3FF37CD2" w:rsidR="007A49CE" w:rsidRDefault="00000000" w:rsidP="007A49CE">
            <w:sdt>
              <w:sdtPr>
                <w:id w:val="1405953112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7B084DCA" wp14:editId="089D45DB">
                      <wp:extent cx="1333500" cy="1333500"/>
                      <wp:effectExtent l="0" t="0" r="0" b="0"/>
                      <wp:docPr id="1410224919" name="Рисунок 141022491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3909884E" w14:textId="77777777" w:rsidTr="007A49CE">
        <w:tc>
          <w:tcPr>
            <w:tcW w:w="565" w:type="dxa"/>
          </w:tcPr>
          <w:p w14:paraId="7744BE9B" w14:textId="77777777" w:rsidR="007A49CE" w:rsidRDefault="007A49CE" w:rsidP="007A49CE">
            <w:pPr>
              <w:jc w:val="center"/>
            </w:pPr>
            <w:r>
              <w:lastRenderedPageBreak/>
              <w:t>10</w:t>
            </w:r>
          </w:p>
        </w:tc>
        <w:tc>
          <w:tcPr>
            <w:tcW w:w="1867" w:type="dxa"/>
          </w:tcPr>
          <w:p w14:paraId="23514B14" w14:textId="1D945BF4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841903969"/>
                <w:placeholder>
                  <w:docPart w:val="0EA22842A0C445B596ECB1C59D79A364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121196008"/>
            <w:placeholder>
              <w:docPart w:val="184BB51FD9AA45C8BB761DE42BEDCD9C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00BA0108" w14:textId="07AFEDB2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7AC63D4F" w14:textId="0A603255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1473723345"/>
                <w:placeholder>
                  <w:docPart w:val="2ACAB8149E504EDCAC57ACC9BAC18A60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222B02C1" w14:textId="72062567" w:rsidR="007A49CE" w:rsidRDefault="00000000" w:rsidP="007A49CE">
            <w:sdt>
              <w:sdtPr>
                <w:alias w:val="Серия и номер"/>
                <w:tag w:val="Серия и номер"/>
                <w:id w:val="1984653711"/>
                <w:placeholder>
                  <w:docPart w:val="9F5A362530D546AC9B29755E19EF64AE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67155923" w14:textId="6C1CB631" w:rsidR="007A49CE" w:rsidRDefault="00000000" w:rsidP="007A49CE">
            <w:sdt>
              <w:sdtPr>
                <w:id w:val="317857858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24865EA1" wp14:editId="51E8FE75">
                      <wp:extent cx="1333500" cy="1333500"/>
                      <wp:effectExtent l="0" t="0" r="0" b="0"/>
                      <wp:docPr id="937290686" name="Рисунок 93729068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2261389B" w14:textId="77777777" w:rsidTr="007A49CE">
        <w:tc>
          <w:tcPr>
            <w:tcW w:w="565" w:type="dxa"/>
          </w:tcPr>
          <w:p w14:paraId="3DBEE417" w14:textId="77777777" w:rsidR="007A49CE" w:rsidRDefault="007A49CE" w:rsidP="007A49CE">
            <w:pPr>
              <w:jc w:val="center"/>
            </w:pPr>
            <w:r>
              <w:t>11</w:t>
            </w:r>
          </w:p>
        </w:tc>
        <w:tc>
          <w:tcPr>
            <w:tcW w:w="1867" w:type="dxa"/>
          </w:tcPr>
          <w:p w14:paraId="5F411255" w14:textId="204BE65B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-195849582"/>
                <w:placeholder>
                  <w:docPart w:val="DE39AAA6617A4191A532D93A91C66C4A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1281458374"/>
            <w:placeholder>
              <w:docPart w:val="847BC4C9B4244C2BAEBBD318AD4941F6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5E6927C2" w14:textId="40E1EAE1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0327385D" w14:textId="4F6937B3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26526406"/>
                <w:placeholder>
                  <w:docPart w:val="95571721758843E5B671474F9D5C4218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12A9F711" w14:textId="0463F39E" w:rsidR="007A49CE" w:rsidRDefault="00000000" w:rsidP="007A49CE">
            <w:sdt>
              <w:sdtPr>
                <w:alias w:val="Серия и номер"/>
                <w:tag w:val="Серия и номер"/>
                <w:id w:val="1327933224"/>
                <w:placeholder>
                  <w:docPart w:val="463372C6C3404E48B3CD6748619E71B9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1D781242" w14:textId="6F8C9DCA" w:rsidR="007A49CE" w:rsidRDefault="00000000" w:rsidP="007A49CE">
            <w:sdt>
              <w:sdtPr>
                <w:id w:val="71633201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008E3927" wp14:editId="6B332B36">
                      <wp:extent cx="1333500" cy="1333500"/>
                      <wp:effectExtent l="0" t="0" r="0" b="0"/>
                      <wp:docPr id="83918920" name="Рисунок 8391892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0D26712A" w14:textId="77777777" w:rsidTr="007A49CE">
        <w:tc>
          <w:tcPr>
            <w:tcW w:w="565" w:type="dxa"/>
          </w:tcPr>
          <w:p w14:paraId="06C568DB" w14:textId="77777777" w:rsidR="007A49CE" w:rsidRDefault="007A49CE" w:rsidP="007A49CE">
            <w:pPr>
              <w:jc w:val="center"/>
            </w:pPr>
            <w:r>
              <w:t>12</w:t>
            </w:r>
          </w:p>
        </w:tc>
        <w:tc>
          <w:tcPr>
            <w:tcW w:w="1867" w:type="dxa"/>
          </w:tcPr>
          <w:p w14:paraId="5E54452A" w14:textId="11F9900A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846831180"/>
                <w:placeholder>
                  <w:docPart w:val="BE8DB7B0866A4B48997D48657EA30951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-1923634778"/>
            <w:placeholder>
              <w:docPart w:val="963E0088A421448CBB11CA9F5AD2FF60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61EE5185" w14:textId="565321EC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0EBA3F6D" w14:textId="681EC499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421610615"/>
                <w:placeholder>
                  <w:docPart w:val="AD80D4EFDE9D4DFAA6369C9B97CF439D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1A1FDF7D" w14:textId="72C1BF44" w:rsidR="007A49CE" w:rsidRDefault="00000000" w:rsidP="007A49CE">
            <w:sdt>
              <w:sdtPr>
                <w:alias w:val="Серия и номер"/>
                <w:tag w:val="Серия и номер"/>
                <w:id w:val="-680595474"/>
                <w:placeholder>
                  <w:docPart w:val="11EA487D70A8444DBFD18C15D337EEDE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53CD7C4D" w14:textId="6BF12E4B" w:rsidR="007A49CE" w:rsidRDefault="00000000" w:rsidP="007A49CE">
            <w:sdt>
              <w:sdtPr>
                <w:id w:val="1248231097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1E89E896" wp14:editId="2BAC875A">
                      <wp:extent cx="1333500" cy="1333500"/>
                      <wp:effectExtent l="0" t="0" r="0" b="0"/>
                      <wp:docPr id="812873311" name="Рисунок 81287331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49B2B215" w14:textId="77777777" w:rsidTr="007A49CE">
        <w:tc>
          <w:tcPr>
            <w:tcW w:w="565" w:type="dxa"/>
          </w:tcPr>
          <w:p w14:paraId="16D00DE9" w14:textId="77777777" w:rsidR="007A49CE" w:rsidRDefault="007A49CE" w:rsidP="007A49CE">
            <w:pPr>
              <w:jc w:val="center"/>
            </w:pPr>
            <w:r>
              <w:t>13</w:t>
            </w:r>
          </w:p>
        </w:tc>
        <w:tc>
          <w:tcPr>
            <w:tcW w:w="1867" w:type="dxa"/>
          </w:tcPr>
          <w:p w14:paraId="46B25938" w14:textId="285A93C6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2119797387"/>
                <w:placeholder>
                  <w:docPart w:val="5065FFDC7AF3498A9E786FF0FD40E6B5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-499354066"/>
            <w:placeholder>
              <w:docPart w:val="F7250EE5278941858717002617107BC6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43158E50" w14:textId="0A15E427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2D016C27" w14:textId="64D4195C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1131363359"/>
                <w:placeholder>
                  <w:docPart w:val="D7859721B1E1449ABE816EA854261D92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2A9EECE2" w14:textId="0F197083" w:rsidR="007A49CE" w:rsidRDefault="00000000" w:rsidP="007A49CE">
            <w:sdt>
              <w:sdtPr>
                <w:alias w:val="Серия и номер"/>
                <w:tag w:val="Серия и номер"/>
                <w:id w:val="955294074"/>
                <w:placeholder>
                  <w:docPart w:val="CA8F96872BBB41F38CE0CEB19DE05382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2DF27657" w14:textId="49ACE54C" w:rsidR="007A49CE" w:rsidRDefault="00000000" w:rsidP="007A49CE">
            <w:sdt>
              <w:sdtPr>
                <w:id w:val="1120954097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08E55FB1" wp14:editId="6294BCED">
                      <wp:extent cx="1333500" cy="1333500"/>
                      <wp:effectExtent l="0" t="0" r="0" b="0"/>
                      <wp:docPr id="1740822923" name="Рисунок 174082292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720B10B9" w14:textId="77777777" w:rsidTr="007A49CE">
        <w:tc>
          <w:tcPr>
            <w:tcW w:w="565" w:type="dxa"/>
          </w:tcPr>
          <w:p w14:paraId="6766BE98" w14:textId="77777777" w:rsidR="007A49CE" w:rsidRDefault="007A49CE" w:rsidP="007A49CE">
            <w:pPr>
              <w:jc w:val="center"/>
            </w:pPr>
            <w:r>
              <w:t>14</w:t>
            </w:r>
          </w:p>
        </w:tc>
        <w:tc>
          <w:tcPr>
            <w:tcW w:w="1867" w:type="dxa"/>
          </w:tcPr>
          <w:p w14:paraId="6BAACDCB" w14:textId="255B0CC6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1208144475"/>
                <w:placeholder>
                  <w:docPart w:val="2C806B722C3B4BFA876800F0BCC96905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958609844"/>
            <w:placeholder>
              <w:docPart w:val="5ED7E66FB75348AB8455FCB1062205FD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12A5D943" w14:textId="7DD7E797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7F8CA432" w14:textId="5A454068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-710963447"/>
                <w:placeholder>
                  <w:docPart w:val="9605E2ED4BFB4C048BF62FDEFF993F55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51840F98" w14:textId="0EE0E788" w:rsidR="007A49CE" w:rsidRDefault="00000000" w:rsidP="007A49CE">
            <w:sdt>
              <w:sdtPr>
                <w:alias w:val="Серия и номер"/>
                <w:tag w:val="Серия и номер"/>
                <w:id w:val="-1219828096"/>
                <w:placeholder>
                  <w:docPart w:val="F8FBCA6E9F1E4F74B562B824EEA07EA3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5257169B" w14:textId="78A62FB0" w:rsidR="007A49CE" w:rsidRDefault="00000000" w:rsidP="007A49CE">
            <w:sdt>
              <w:sdtPr>
                <w:id w:val="2056807252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1A806595" wp14:editId="4AC5B54F">
                      <wp:extent cx="1333500" cy="1333500"/>
                      <wp:effectExtent l="0" t="0" r="0" b="0"/>
                      <wp:docPr id="1262422567" name="Рисунок 126242256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7EAED1E3" w14:textId="77777777" w:rsidTr="007A49CE">
        <w:tc>
          <w:tcPr>
            <w:tcW w:w="565" w:type="dxa"/>
          </w:tcPr>
          <w:p w14:paraId="2D8D6FEF" w14:textId="77777777" w:rsidR="007A49CE" w:rsidRDefault="007A49CE" w:rsidP="007A49CE">
            <w:pPr>
              <w:jc w:val="center"/>
            </w:pPr>
            <w:r>
              <w:t>15</w:t>
            </w:r>
          </w:p>
        </w:tc>
        <w:tc>
          <w:tcPr>
            <w:tcW w:w="1867" w:type="dxa"/>
          </w:tcPr>
          <w:p w14:paraId="260BFEDD" w14:textId="7E415E00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-1513210420"/>
                <w:placeholder>
                  <w:docPart w:val="351EA0F8C5E64EFAA419623B69DD7942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-296603760"/>
            <w:placeholder>
              <w:docPart w:val="6639A9E846DC4E64B3850FA28C31848A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353D325D" w14:textId="037A81AE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07C1D79B" w14:textId="75E8089C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757797136"/>
                <w:placeholder>
                  <w:docPart w:val="07D1053285434727BA03D4CE90CD8CA6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3279032A" w14:textId="2A3684A0" w:rsidR="007A49CE" w:rsidRDefault="00000000" w:rsidP="007A49CE">
            <w:sdt>
              <w:sdtPr>
                <w:alias w:val="Серия и номер"/>
                <w:tag w:val="Серия и номер"/>
                <w:id w:val="-459420933"/>
                <w:placeholder>
                  <w:docPart w:val="3311EC5E93E2452B92FDEA809B90855A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677B4264" w14:textId="1CEF7318" w:rsidR="007A49CE" w:rsidRDefault="00000000" w:rsidP="007A49CE">
            <w:sdt>
              <w:sdtPr>
                <w:id w:val="1890376630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291F2B53" wp14:editId="2BCDCD32">
                      <wp:extent cx="1333500" cy="1333500"/>
                      <wp:effectExtent l="0" t="0" r="0" b="0"/>
                      <wp:docPr id="2146634404" name="Рисунок 214663440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2FD35226" w14:textId="77777777" w:rsidTr="007A49CE">
        <w:tc>
          <w:tcPr>
            <w:tcW w:w="565" w:type="dxa"/>
          </w:tcPr>
          <w:p w14:paraId="13B6F052" w14:textId="77777777" w:rsidR="007A49CE" w:rsidRDefault="007A49CE" w:rsidP="007A49CE">
            <w:pPr>
              <w:jc w:val="center"/>
            </w:pPr>
            <w:r>
              <w:lastRenderedPageBreak/>
              <w:t>16</w:t>
            </w:r>
          </w:p>
        </w:tc>
        <w:tc>
          <w:tcPr>
            <w:tcW w:w="1867" w:type="dxa"/>
          </w:tcPr>
          <w:p w14:paraId="6C2E4131" w14:textId="0FD59A2C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1978954229"/>
                <w:placeholder>
                  <w:docPart w:val="9BC800313FBB4134A9D8306A3618BD4D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-1673020321"/>
            <w:placeholder>
              <w:docPart w:val="F77F71D2BDCC43C9A09F691BF0EA0413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4587F8F9" w14:textId="6E7E1079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0C67522F" w14:textId="361F4F46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1506855101"/>
                <w:placeholder>
                  <w:docPart w:val="AB2582F4C51F46B99B7F1D288D8E1398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72C893DD" w14:textId="473ABFA5" w:rsidR="007A49CE" w:rsidRDefault="00000000" w:rsidP="007A49CE">
            <w:sdt>
              <w:sdtPr>
                <w:alias w:val="Серия и номер"/>
                <w:tag w:val="Серия и номер"/>
                <w:id w:val="-1550836789"/>
                <w:placeholder>
                  <w:docPart w:val="51F4F272E88D4330900944EE2238E799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13DD675F" w14:textId="46839B3C" w:rsidR="007A49CE" w:rsidRDefault="00000000" w:rsidP="007A49CE">
            <w:sdt>
              <w:sdtPr>
                <w:id w:val="-1048066545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41E71EC5" wp14:editId="5A943A77">
                      <wp:extent cx="1333500" cy="1333500"/>
                      <wp:effectExtent l="0" t="0" r="0" b="0"/>
                      <wp:docPr id="658003964" name="Рисунок 65800396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69A1023B" w14:textId="77777777" w:rsidTr="007A49CE">
        <w:tc>
          <w:tcPr>
            <w:tcW w:w="565" w:type="dxa"/>
          </w:tcPr>
          <w:p w14:paraId="59033CD7" w14:textId="77777777" w:rsidR="007A49CE" w:rsidRDefault="007A49CE" w:rsidP="007A49CE">
            <w:pPr>
              <w:jc w:val="center"/>
            </w:pPr>
            <w:r>
              <w:t>17</w:t>
            </w:r>
          </w:p>
        </w:tc>
        <w:tc>
          <w:tcPr>
            <w:tcW w:w="1867" w:type="dxa"/>
          </w:tcPr>
          <w:p w14:paraId="6C41F76B" w14:textId="1492FCBC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-1344780037"/>
                <w:placeholder>
                  <w:docPart w:val="80574EE168714923A50B9FA55D0D0960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-1201775958"/>
            <w:placeholder>
              <w:docPart w:val="A5701E5DA37A4EB2B666F2AC4443ADCF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39BDB29E" w14:textId="3FE381ED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3D7A1CB5" w14:textId="63E82706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-529421059"/>
                <w:placeholder>
                  <w:docPart w:val="1C5B0706D81A426B8EAD64E781372EAF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10AC2645" w14:textId="3557301D" w:rsidR="007A49CE" w:rsidRDefault="00000000" w:rsidP="007A49CE">
            <w:sdt>
              <w:sdtPr>
                <w:alias w:val="Серия и номер"/>
                <w:tag w:val="Серия и номер"/>
                <w:id w:val="1436637578"/>
                <w:placeholder>
                  <w:docPart w:val="72A0F83965EA4137AC718F7CE60F82A6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3744E8BA" w14:textId="054773B6" w:rsidR="007A49CE" w:rsidRDefault="00000000" w:rsidP="007A49CE">
            <w:sdt>
              <w:sdtPr>
                <w:id w:val="136620657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212EBC2D" wp14:editId="18F5C086">
                      <wp:extent cx="1333500" cy="1333500"/>
                      <wp:effectExtent l="0" t="0" r="0" b="0"/>
                      <wp:docPr id="1991691788" name="Рисунок 199169178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760D705F" w14:textId="77777777" w:rsidTr="007A49CE">
        <w:tc>
          <w:tcPr>
            <w:tcW w:w="565" w:type="dxa"/>
          </w:tcPr>
          <w:p w14:paraId="60DF8964" w14:textId="77777777" w:rsidR="007A49CE" w:rsidRDefault="007A49CE" w:rsidP="007A49CE">
            <w:pPr>
              <w:jc w:val="center"/>
            </w:pPr>
            <w:r>
              <w:t>18</w:t>
            </w:r>
          </w:p>
        </w:tc>
        <w:tc>
          <w:tcPr>
            <w:tcW w:w="1867" w:type="dxa"/>
          </w:tcPr>
          <w:p w14:paraId="7AA6BA1C" w14:textId="3AD2763E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981351893"/>
                <w:placeholder>
                  <w:docPart w:val="5212C2969B144BF797F391E718D665F8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-286511115"/>
            <w:placeholder>
              <w:docPart w:val="65012980211D4F1CBEF3732292313743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693EBCE1" w14:textId="13B49C0E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26E0F58E" w14:textId="3BD449E1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-885723751"/>
                <w:placeholder>
                  <w:docPart w:val="8053EAD0B4154F35956B048B02B7D768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1F391F0E" w14:textId="2D5454E9" w:rsidR="007A49CE" w:rsidRDefault="00000000" w:rsidP="007A49CE">
            <w:sdt>
              <w:sdtPr>
                <w:alias w:val="Серия и номер"/>
                <w:tag w:val="Серия и номер"/>
                <w:id w:val="935707433"/>
                <w:placeholder>
                  <w:docPart w:val="7FF2C5D0C0F343E8BAD5DDB6D2996BCB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6D692716" w14:textId="5229392E" w:rsidR="007A49CE" w:rsidRDefault="00000000" w:rsidP="007A49CE">
            <w:sdt>
              <w:sdtPr>
                <w:id w:val="-980305263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12836AA3" wp14:editId="569EA949">
                      <wp:extent cx="1333500" cy="1333500"/>
                      <wp:effectExtent l="0" t="0" r="0" b="0"/>
                      <wp:docPr id="831391132" name="Рисунок 83139113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6C4804C7" w14:textId="77777777" w:rsidTr="007A49CE">
        <w:tc>
          <w:tcPr>
            <w:tcW w:w="565" w:type="dxa"/>
          </w:tcPr>
          <w:p w14:paraId="7C9CF69A" w14:textId="77777777" w:rsidR="007A49CE" w:rsidRDefault="007A49CE" w:rsidP="007A49CE">
            <w:pPr>
              <w:jc w:val="center"/>
            </w:pPr>
            <w:r>
              <w:t>19</w:t>
            </w:r>
          </w:p>
        </w:tc>
        <w:tc>
          <w:tcPr>
            <w:tcW w:w="1867" w:type="dxa"/>
          </w:tcPr>
          <w:p w14:paraId="2CAD6928" w14:textId="393660AD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1803876605"/>
                <w:placeholder>
                  <w:docPart w:val="062E5D7E636C4177AC70C3BA538183ED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430632369"/>
            <w:placeholder>
              <w:docPart w:val="8EBD63D8DF4A417582010CF320210E0E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13A7FD13" w14:textId="0B68BA13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2EA477B4" w14:textId="6749D9BD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-1695616749"/>
                <w:placeholder>
                  <w:docPart w:val="2B71881EA68D494A885AAE7812767C8A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7690F7E6" w14:textId="76E39F63" w:rsidR="007A49CE" w:rsidRDefault="00000000" w:rsidP="007A49CE">
            <w:sdt>
              <w:sdtPr>
                <w:alias w:val="Серия и номер"/>
                <w:tag w:val="Серия и номер"/>
                <w:id w:val="1091976958"/>
                <w:placeholder>
                  <w:docPart w:val="FAB6043562FF47528C00812BBAC95D69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328325A5" w14:textId="140351EF" w:rsidR="007A49CE" w:rsidRDefault="00000000" w:rsidP="007A49CE">
            <w:sdt>
              <w:sdtPr>
                <w:id w:val="1094133889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5E6B03E1" wp14:editId="4A80C892">
                      <wp:extent cx="1333500" cy="1333500"/>
                      <wp:effectExtent l="0" t="0" r="0" b="0"/>
                      <wp:docPr id="1296872590" name="Рисунок 129687259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7A49CE" w14:paraId="615249CF" w14:textId="77777777" w:rsidTr="005A4E40">
        <w:trPr>
          <w:trHeight w:val="2163"/>
        </w:trPr>
        <w:tc>
          <w:tcPr>
            <w:tcW w:w="565" w:type="dxa"/>
          </w:tcPr>
          <w:p w14:paraId="21EC3E55" w14:textId="77777777" w:rsidR="007A49CE" w:rsidRDefault="007A49CE" w:rsidP="007A49CE">
            <w:pPr>
              <w:jc w:val="center"/>
            </w:pPr>
            <w:r>
              <w:t>20</w:t>
            </w:r>
          </w:p>
        </w:tc>
        <w:tc>
          <w:tcPr>
            <w:tcW w:w="1867" w:type="dxa"/>
          </w:tcPr>
          <w:p w14:paraId="7F1FF5E7" w14:textId="01F8B62B" w:rsidR="007A49CE" w:rsidRDefault="00000000" w:rsidP="007A49CE">
            <w:sdt>
              <w:sdtPr>
                <w:alias w:val="Фамилия Имя Отчество"/>
                <w:tag w:val="Фамилия Имя Отчество"/>
                <w:id w:val="-698850989"/>
                <w:placeholder>
                  <w:docPart w:val="16EF51BB7E2E43E087B51B5C56CA2B3F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sdt>
          <w:sdtPr>
            <w:alias w:val="01.01.2014"/>
            <w:tag w:val="01.01.2014"/>
            <w:id w:val="-1322124367"/>
            <w:placeholder>
              <w:docPart w:val="F291610964E94BDAAE7CA0C7ED472FFC"/>
            </w:placeholder>
            <w:showingPlcHdr/>
            <w:date w:fullDate="2025-01-15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tc>
              <w:tcPr>
                <w:tcW w:w="1286" w:type="dxa"/>
              </w:tcPr>
              <w:p w14:paraId="08299383" w14:textId="09EC7365" w:rsidR="007A49CE" w:rsidRDefault="007A49CE" w:rsidP="007A49CE">
                <w:r w:rsidRPr="00E244E8">
                  <w:rPr>
                    <w:rStyle w:val="aff8"/>
                  </w:rPr>
                  <w:t>Место для ввода даты.</w:t>
                </w:r>
              </w:p>
            </w:tc>
          </w:sdtContent>
        </w:sdt>
        <w:tc>
          <w:tcPr>
            <w:tcW w:w="2806" w:type="dxa"/>
          </w:tcPr>
          <w:p w14:paraId="3E0CADFB" w14:textId="33CD337D" w:rsidR="007A49CE" w:rsidRDefault="00000000" w:rsidP="007A49CE">
            <w:sdt>
              <w:sdtPr>
                <w:alias w:val="Город, улица, дом, квартира"/>
                <w:tag w:val="Город, улица, дом, квартира"/>
                <w:id w:val="231667204"/>
                <w:placeholder>
                  <w:docPart w:val="4C4E463BE6F348E593B3723692F0A15C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151" w:type="dxa"/>
          </w:tcPr>
          <w:p w14:paraId="077B422A" w14:textId="3382A5F9" w:rsidR="007A49CE" w:rsidRDefault="00000000" w:rsidP="007A49CE">
            <w:sdt>
              <w:sdtPr>
                <w:alias w:val="Серия и номер"/>
                <w:tag w:val="Серия и номер"/>
                <w:id w:val="1767886264"/>
                <w:placeholder>
                  <w:docPart w:val="13648B4D5788486988BC794CAFD77417"/>
                </w:placeholder>
                <w:showingPlcHdr/>
                <w:text/>
              </w:sdtPr>
              <w:sdtContent>
                <w:r w:rsidR="007A49CE" w:rsidRPr="00E244E8">
                  <w:rPr>
                    <w:rStyle w:val="aff8"/>
                  </w:rPr>
                  <w:t>Место для ввода текста.</w:t>
                </w:r>
              </w:sdtContent>
            </w:sdt>
          </w:p>
        </w:tc>
        <w:tc>
          <w:tcPr>
            <w:tcW w:w="2316" w:type="dxa"/>
          </w:tcPr>
          <w:p w14:paraId="1EA5FFC7" w14:textId="64924E1E" w:rsidR="007A49CE" w:rsidRDefault="00000000" w:rsidP="007A49CE">
            <w:sdt>
              <w:sdtPr>
                <w:id w:val="-1871141429"/>
                <w:showingPlcHdr/>
                <w:picture/>
              </w:sdtPr>
              <w:sdtContent>
                <w:r w:rsidR="007A49CE">
                  <w:rPr>
                    <w:noProof/>
                  </w:rPr>
                  <w:drawing>
                    <wp:inline distT="0" distB="0" distL="0" distR="0" wp14:anchorId="5BCBC823" wp14:editId="33C9CE7E">
                      <wp:extent cx="1333500" cy="1333500"/>
                      <wp:effectExtent l="0" t="0" r="0" b="0"/>
                      <wp:docPr id="536314382" name="Рисунок 53631438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333500" cy="1333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</w:tbl>
    <w:p w14:paraId="2CE68635" w14:textId="77777777" w:rsidR="00DC1010" w:rsidRDefault="00DC1010">
      <w:pPr>
        <w:rPr>
          <w:lang w:val="ru-RU"/>
        </w:rPr>
      </w:pPr>
    </w:p>
    <w:p w14:paraId="485A297D" w14:textId="77777777" w:rsidR="007A49CE" w:rsidRDefault="007A49CE">
      <w:pPr>
        <w:rPr>
          <w:lang w:val="ru-RU"/>
        </w:rPr>
      </w:pPr>
    </w:p>
    <w:p w14:paraId="1ED6173B" w14:textId="77BAB97B" w:rsidR="007A49CE" w:rsidRPr="005A4E40" w:rsidRDefault="005A4E40">
      <w:pPr>
        <w:rPr>
          <w:lang w:val="ru-RU"/>
        </w:rPr>
      </w:pPr>
      <w:r>
        <w:rPr>
          <w:lang w:val="ru-RU"/>
        </w:rPr>
        <w:fldChar w:fldCharType="begin">
          <w:ffData>
            <w:name w:val="Флажок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Флажок1"/>
      <w:r>
        <w:rPr>
          <w:lang w:val="ru-RU"/>
        </w:rPr>
        <w:instrText xml:space="preserve"> FORMCHECKBOX </w:instrText>
      </w:r>
      <w:r>
        <w:rPr>
          <w:lang w:val="ru-RU"/>
        </w:rPr>
      </w:r>
      <w:r>
        <w:rPr>
          <w:lang w:val="ru-RU"/>
        </w:rPr>
        <w:fldChar w:fldCharType="separate"/>
      </w:r>
      <w:r>
        <w:rPr>
          <w:lang w:val="ru-RU"/>
        </w:rPr>
        <w:fldChar w:fldCharType="end"/>
      </w:r>
      <w:bookmarkEnd w:id="0"/>
      <w:r>
        <w:rPr>
          <w:lang w:val="ru-RU"/>
        </w:rPr>
        <w:t xml:space="preserve"> </w:t>
      </w:r>
      <w:bookmarkStart w:id="1" w:name="_Hlk193979931"/>
      <w:r w:rsidRPr="005A4E40">
        <w:rPr>
          <w:lang w:val="ru-RU"/>
        </w:rPr>
        <w:t>Я,</w:t>
      </w:r>
      <w:r>
        <w:rPr>
          <w:lang w:val="ru-RU"/>
        </w:rPr>
        <w:t xml:space="preserve"> </w:t>
      </w:r>
      <w:sdt>
        <w:sdtPr>
          <w:rPr>
            <w:lang w:val="ru-RU"/>
          </w:rPr>
          <w:alias w:val="ФИО полностью"/>
          <w:tag w:val="ФИО полностью"/>
          <w:id w:val="186799462"/>
          <w:placeholder>
            <w:docPart w:val="6B8CC0BE5A0546A1838B236C6194190C"/>
          </w:placeholder>
          <w:showingPlcHdr/>
          <w15:color w:val="FF0000"/>
          <w:text/>
        </w:sdtPr>
        <w:sdtContent>
          <w:r w:rsidR="00A2618E" w:rsidRPr="005A4E40">
            <w:rPr>
              <w:rStyle w:val="aff8"/>
              <w:u w:val="single"/>
              <w:lang w:val="ru-RU"/>
            </w:rPr>
            <w:t>Место для ввода текста.</w:t>
          </w:r>
        </w:sdtContent>
      </w:sdt>
      <w:r>
        <w:rPr>
          <w:lang w:val="ru-RU"/>
        </w:rPr>
        <w:t>,</w:t>
      </w:r>
      <w:r w:rsidRPr="005A4E40">
        <w:rPr>
          <w:lang w:val="ru-RU"/>
        </w:rPr>
        <w:t xml:space="preserve"> тренер кома</w:t>
      </w:r>
      <w:r w:rsidR="00A2618E">
        <w:rPr>
          <w:lang w:val="ru-RU"/>
        </w:rPr>
        <w:t>нды</w:t>
      </w:r>
      <w:r w:rsidR="00662953" w:rsidRPr="00662953">
        <w:rPr>
          <w:lang w:val="ru-RU"/>
        </w:rPr>
        <w:t xml:space="preserve"> “</w:t>
      </w:r>
      <w:sdt>
        <w:sdtPr>
          <w:rPr>
            <w:lang w:val="ru-RU"/>
          </w:rPr>
          <w:id w:val="-2000725351"/>
          <w:placeholder>
            <w:docPart w:val="DefaultPlaceholder_-1854013440"/>
          </w:placeholder>
          <w:showingPlcHdr/>
          <w15:color w:val="FF0000"/>
          <w:text/>
        </w:sdtPr>
        <w:sdtContent>
          <w:r w:rsidR="00AA369B" w:rsidRPr="00AA369B">
            <w:rPr>
              <w:rStyle w:val="aff8"/>
              <w:lang w:val="ru-RU"/>
            </w:rPr>
            <w:t>Место для ввода текста.</w:t>
          </w:r>
        </w:sdtContent>
      </w:sdt>
      <w:r w:rsidR="00662953">
        <w:rPr>
          <w:lang w:val="ru-RU"/>
        </w:rPr>
        <w:fldChar w:fldCharType="begin"/>
      </w:r>
      <w:r w:rsidR="00662953">
        <w:rPr>
          <w:lang w:val="ru-RU"/>
        </w:rPr>
        <w:instrText xml:space="preserve"> </w:instrText>
      </w:r>
      <w:r w:rsidR="00662953">
        <w:instrText>REF</w:instrText>
      </w:r>
      <w:r w:rsidR="00662953" w:rsidRPr="00662953">
        <w:rPr>
          <w:lang w:val="ru-RU"/>
        </w:rPr>
        <w:instrText xml:space="preserve"> </w:instrText>
      </w:r>
      <w:r w:rsidR="00662953">
        <w:instrText>team</w:instrText>
      </w:r>
      <w:r w:rsidR="00662953">
        <w:rPr>
          <w:lang w:val="ru-RU"/>
        </w:rPr>
        <w:instrText xml:space="preserve"> </w:instrText>
      </w:r>
      <w:r w:rsidR="00662953">
        <w:rPr>
          <w:lang w:val="ru-RU"/>
        </w:rPr>
        <w:fldChar w:fldCharType="separate"/>
      </w:r>
      <w:r w:rsidR="00662953">
        <w:rPr>
          <w:lang w:val="ru-RU"/>
        </w:rPr>
        <w:fldChar w:fldCharType="end"/>
      </w:r>
      <w:r w:rsidR="00662953" w:rsidRPr="00662953">
        <w:rPr>
          <w:lang w:val="ru-RU"/>
        </w:rPr>
        <w:t>”</w:t>
      </w:r>
      <w:r w:rsidRPr="005A4E40">
        <w:rPr>
          <w:i/>
          <w:iCs/>
          <w:lang w:val="ru-RU"/>
        </w:rPr>
        <w:t>, подтверждаю, что получил письменное согласие родителей (законных представителей) на передачу и обработку персональных данных игроков, указанных в данной заявке, в целях участия в турнире</w:t>
      </w:r>
      <w:bookmarkEnd w:id="1"/>
    </w:p>
    <w:sectPr w:rsidR="007A49CE" w:rsidRPr="005A4E40" w:rsidSect="007A49CE">
      <w:type w:val="continuous"/>
      <w:pgSz w:w="12240" w:h="15840"/>
      <w:pgMar w:top="1440" w:right="505" w:bottom="1440" w:left="9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05BF80" w14:textId="77777777" w:rsidR="00F54B01" w:rsidRDefault="00F54B01" w:rsidP="00662953">
      <w:pPr>
        <w:spacing w:after="0" w:line="240" w:lineRule="auto"/>
      </w:pPr>
      <w:r>
        <w:separator/>
      </w:r>
    </w:p>
  </w:endnote>
  <w:endnote w:type="continuationSeparator" w:id="0">
    <w:p w14:paraId="3F428A84" w14:textId="77777777" w:rsidR="00F54B01" w:rsidRDefault="00F54B01" w:rsidP="006629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3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AF3C6E" w14:textId="77777777" w:rsidR="00F54B01" w:rsidRDefault="00F54B01" w:rsidP="00662953">
      <w:pPr>
        <w:spacing w:after="0" w:line="240" w:lineRule="auto"/>
      </w:pPr>
      <w:r>
        <w:separator/>
      </w:r>
    </w:p>
  </w:footnote>
  <w:footnote w:type="continuationSeparator" w:id="0">
    <w:p w14:paraId="0465F6F1" w14:textId="77777777" w:rsidR="00F54B01" w:rsidRDefault="00F54B01" w:rsidP="006629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940146455">
    <w:abstractNumId w:val="8"/>
  </w:num>
  <w:num w:numId="2" w16cid:durableId="755596345">
    <w:abstractNumId w:val="6"/>
  </w:num>
  <w:num w:numId="3" w16cid:durableId="727923455">
    <w:abstractNumId w:val="5"/>
  </w:num>
  <w:num w:numId="4" w16cid:durableId="1288970222">
    <w:abstractNumId w:val="4"/>
  </w:num>
  <w:num w:numId="5" w16cid:durableId="597950475">
    <w:abstractNumId w:val="7"/>
  </w:num>
  <w:num w:numId="6" w16cid:durableId="307322303">
    <w:abstractNumId w:val="3"/>
  </w:num>
  <w:num w:numId="7" w16cid:durableId="1090928332">
    <w:abstractNumId w:val="2"/>
  </w:num>
  <w:num w:numId="8" w16cid:durableId="403990327">
    <w:abstractNumId w:val="1"/>
  </w:num>
  <w:num w:numId="9" w16cid:durableId="16217185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C7110"/>
    <w:rsid w:val="000F029B"/>
    <w:rsid w:val="000F4BBC"/>
    <w:rsid w:val="0015074B"/>
    <w:rsid w:val="001C5F4B"/>
    <w:rsid w:val="00267260"/>
    <w:rsid w:val="0029639D"/>
    <w:rsid w:val="00326F90"/>
    <w:rsid w:val="005A4E40"/>
    <w:rsid w:val="00612D62"/>
    <w:rsid w:val="00662953"/>
    <w:rsid w:val="006862EA"/>
    <w:rsid w:val="007211F6"/>
    <w:rsid w:val="00782FEC"/>
    <w:rsid w:val="00793606"/>
    <w:rsid w:val="007A49CE"/>
    <w:rsid w:val="008C38F4"/>
    <w:rsid w:val="009B0A21"/>
    <w:rsid w:val="009E6D9B"/>
    <w:rsid w:val="00A2618E"/>
    <w:rsid w:val="00AA1D8D"/>
    <w:rsid w:val="00AA369B"/>
    <w:rsid w:val="00AD71F9"/>
    <w:rsid w:val="00B20C82"/>
    <w:rsid w:val="00B47730"/>
    <w:rsid w:val="00BC4BD5"/>
    <w:rsid w:val="00BE12A2"/>
    <w:rsid w:val="00C1445A"/>
    <w:rsid w:val="00C96E6A"/>
    <w:rsid w:val="00CB0664"/>
    <w:rsid w:val="00CB622E"/>
    <w:rsid w:val="00CD4B82"/>
    <w:rsid w:val="00DC1010"/>
    <w:rsid w:val="00DC3EFD"/>
    <w:rsid w:val="00E1130E"/>
    <w:rsid w:val="00F54B01"/>
    <w:rsid w:val="00FC693F"/>
    <w:rsid w:val="00FD6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101DC43"/>
  <w14:defaultImageDpi w14:val="330"/>
  <w15:docId w15:val="{760B10C4-BD35-7C49-ABEA-821B1A23EC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FC693F"/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Заголовок 1 Знак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Заголовок 2 Знак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Заголовок 3 Знак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Заголовок Знак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Подзаголовок Знак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Основной текст Знак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Текст макроса Знак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27">
    <w:name w:val="Quote"/>
    <w:basedOn w:val="a1"/>
    <w:next w:val="a1"/>
    <w:link w:val="28"/>
    <w:uiPriority w:val="29"/>
    <w:qFormat/>
    <w:rsid w:val="00FC693F"/>
    <w:rPr>
      <w:i/>
      <w:iCs/>
      <w:color w:val="000000" w:themeColor="text1"/>
    </w:rPr>
  </w:style>
  <w:style w:type="character" w:customStyle="1" w:styleId="28">
    <w:name w:val="Цитата 2 Знак"/>
    <w:basedOn w:val="a2"/>
    <w:link w:val="27"/>
    <w:uiPriority w:val="29"/>
    <w:rsid w:val="00FC693F"/>
    <w:rPr>
      <w:i/>
      <w:iCs/>
      <w:color w:val="000000" w:themeColor="text1"/>
    </w:rPr>
  </w:style>
  <w:style w:type="character" w:customStyle="1" w:styleId="40">
    <w:name w:val="Заголовок 4 Знак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5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6">
    <w:name w:val="Strong"/>
    <w:basedOn w:val="a2"/>
    <w:uiPriority w:val="22"/>
    <w:qFormat/>
    <w:rsid w:val="00FC693F"/>
    <w:rPr>
      <w:b/>
      <w:bCs/>
    </w:rPr>
  </w:style>
  <w:style w:type="character" w:styleId="af7">
    <w:name w:val="Emphasis"/>
    <w:basedOn w:val="a2"/>
    <w:uiPriority w:val="20"/>
    <w:qFormat/>
    <w:rsid w:val="00FC693F"/>
    <w:rPr>
      <w:i/>
      <w:iCs/>
    </w:rPr>
  </w:style>
  <w:style w:type="paragraph" w:styleId="af8">
    <w:name w:val="Intense Quote"/>
    <w:basedOn w:val="a1"/>
    <w:next w:val="a1"/>
    <w:link w:val="af9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9">
    <w:name w:val="Выделенная цитата Знак"/>
    <w:basedOn w:val="a2"/>
    <w:link w:val="af8"/>
    <w:uiPriority w:val="30"/>
    <w:rsid w:val="00FC693F"/>
    <w:rPr>
      <w:b/>
      <w:bCs/>
      <w:i/>
      <w:iCs/>
      <w:color w:val="4F81BD" w:themeColor="accent1"/>
    </w:rPr>
  </w:style>
  <w:style w:type="character" w:styleId="afa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b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c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d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e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aff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0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1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2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3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9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a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b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4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5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6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7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character" w:styleId="aff8">
    <w:name w:val="Placeholder Text"/>
    <w:basedOn w:val="a2"/>
    <w:uiPriority w:val="99"/>
    <w:semiHidden/>
    <w:rsid w:val="00612D62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13A77EDAB9649068F8039DD3940BD5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A449C3F-3DBD-4C8D-AD3F-9A0FCB438936}"/>
      </w:docPartPr>
      <w:docPartBody>
        <w:p w:rsidR="00C22741" w:rsidRDefault="00C22741" w:rsidP="00C22741">
          <w:pPr>
            <w:pStyle w:val="413A77EDAB9649068F8039DD3940BD58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D93AF826444349B0B7EC0C341FC6AB1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8A6FD53-1F1B-477F-991D-1EFE7A7ED059}"/>
      </w:docPartPr>
      <w:docPartBody>
        <w:p w:rsidR="00C22741" w:rsidRDefault="00C22741" w:rsidP="00C22741">
          <w:pPr>
            <w:pStyle w:val="D93AF826444349B0B7EC0C341FC6AB1B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7017B3B10011472A967771BE65C0596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DD9F9B7-DC9D-498A-AD0E-8EEACDDE4578}"/>
      </w:docPartPr>
      <w:docPartBody>
        <w:p w:rsidR="00C22741" w:rsidRDefault="00C22741" w:rsidP="00C22741">
          <w:pPr>
            <w:pStyle w:val="7017B3B10011472A967771BE65C05964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21B2563BACA44697B0802B7C03FF50B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255EB15-2FA4-4B5E-88C3-CA42290E32E0}"/>
      </w:docPartPr>
      <w:docPartBody>
        <w:p w:rsidR="00C22741" w:rsidRDefault="00C22741" w:rsidP="00C22741">
          <w:pPr>
            <w:pStyle w:val="21B2563BACA44697B0802B7C03FF50B7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B9F60B6311414495A08E8D3CD904E47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7E3EB07-E855-4E76-819A-5A62B56D6028}"/>
      </w:docPartPr>
      <w:docPartBody>
        <w:p w:rsidR="00C22741" w:rsidRDefault="00C22741" w:rsidP="00C22741">
          <w:pPr>
            <w:pStyle w:val="B9F60B6311414495A08E8D3CD904E477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C78B3DBEC648449B841AB16BF129501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126ECFA-3045-405A-A4CF-F3A43B29D02C}"/>
      </w:docPartPr>
      <w:docPartBody>
        <w:p w:rsidR="00C22741" w:rsidRDefault="00C22741" w:rsidP="00C22741">
          <w:pPr>
            <w:pStyle w:val="C78B3DBEC648449B841AB16BF1295016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81E9475B32274420999D95ADBA13EC0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05B6753-9286-4E86-93ED-3914CE163998}"/>
      </w:docPartPr>
      <w:docPartBody>
        <w:p w:rsidR="00C22741" w:rsidRDefault="00C22741" w:rsidP="00C22741">
          <w:pPr>
            <w:pStyle w:val="81E9475B32274420999D95ADBA13EC0C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1EB0A6BEDE0B4BE18E648A3E990AE28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CEB5B86-BC83-4CC7-900A-9D81920F3786}"/>
      </w:docPartPr>
      <w:docPartBody>
        <w:p w:rsidR="00C22741" w:rsidRDefault="00C22741" w:rsidP="00C22741">
          <w:pPr>
            <w:pStyle w:val="1EB0A6BEDE0B4BE18E648A3E990AE280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A1DADAC493EA422582A4316CFAC988D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43942BC-813C-43D3-8282-199D0B568E2C}"/>
      </w:docPartPr>
      <w:docPartBody>
        <w:p w:rsidR="00C22741" w:rsidRDefault="00C22741" w:rsidP="00C22741">
          <w:pPr>
            <w:pStyle w:val="A1DADAC493EA422582A4316CFAC988DD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F8C6A319B3A743EBB71AE6F46FB3E43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C49C447-308F-43E7-AE55-39EA6ED813EB}"/>
      </w:docPartPr>
      <w:docPartBody>
        <w:p w:rsidR="00C22741" w:rsidRDefault="00C22741" w:rsidP="00C22741">
          <w:pPr>
            <w:pStyle w:val="F8C6A319B3A743EBB71AE6F46FB3E438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8D23EDC59CB8415F9D63FE9B42DA8E2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B5780AC-30B0-4E16-9528-B43BC9039E65}"/>
      </w:docPartPr>
      <w:docPartBody>
        <w:p w:rsidR="00C22741" w:rsidRDefault="00C22741" w:rsidP="00C22741">
          <w:pPr>
            <w:pStyle w:val="8D23EDC59CB8415F9D63FE9B42DA8E2C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4BC6299AC1E84D65B76C601F65BE5EA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BF5275B-EAB1-4BCF-AF29-1316F11965DF}"/>
      </w:docPartPr>
      <w:docPartBody>
        <w:p w:rsidR="00C22741" w:rsidRDefault="00C22741" w:rsidP="00C22741">
          <w:pPr>
            <w:pStyle w:val="4BC6299AC1E84D65B76C601F65BE5EA1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EB14046F767D407FBA046DAB1CF6B9C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7268283-5B21-454C-A369-CAF69DF68F72}"/>
      </w:docPartPr>
      <w:docPartBody>
        <w:p w:rsidR="00C22741" w:rsidRDefault="00C22741" w:rsidP="00C22741">
          <w:pPr>
            <w:pStyle w:val="EB14046F767D407FBA046DAB1CF6B9C4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87D4A3B2BE9E47F8B8D85E26A5DCAB1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70ABB3C-4644-4292-9BDE-A9C1DA673878}"/>
      </w:docPartPr>
      <w:docPartBody>
        <w:p w:rsidR="00C22741" w:rsidRDefault="00C22741" w:rsidP="00C22741">
          <w:pPr>
            <w:pStyle w:val="87D4A3B2BE9E47F8B8D85E26A5DCAB1D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E8AC37C5571E4791ADBC48A9F58F3CF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75EE5B9-CE50-485D-931C-FBF649EC952E}"/>
      </w:docPartPr>
      <w:docPartBody>
        <w:p w:rsidR="00C22741" w:rsidRDefault="00C22741" w:rsidP="00C22741">
          <w:pPr>
            <w:pStyle w:val="E8AC37C5571E4791ADBC48A9F58F3CF6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B03BC39E5E784D92BA61D07CE74C7DE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FBA5184-4A00-4884-8AE1-837595D5007F}"/>
      </w:docPartPr>
      <w:docPartBody>
        <w:p w:rsidR="00C22741" w:rsidRDefault="00C22741" w:rsidP="00C22741">
          <w:pPr>
            <w:pStyle w:val="B03BC39E5E784D92BA61D07CE74C7DE9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D95E5A2276984A1AAF4DFBB8102BB7D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9CEBA0F-48CC-47DA-A193-A21A16772921}"/>
      </w:docPartPr>
      <w:docPartBody>
        <w:p w:rsidR="00C22741" w:rsidRDefault="00C22741" w:rsidP="00C22741">
          <w:pPr>
            <w:pStyle w:val="D95E5A2276984A1AAF4DFBB8102BB7DA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CD9647CC6CFE4CDAB8F48E2EB6EAC06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4916EC9-011D-4A64-9DDB-1EBB9B80DB20}"/>
      </w:docPartPr>
      <w:docPartBody>
        <w:p w:rsidR="00C22741" w:rsidRDefault="00C22741" w:rsidP="00C22741">
          <w:pPr>
            <w:pStyle w:val="CD9647CC6CFE4CDAB8F48E2EB6EAC068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BC03558B077B4CE1AE1A72F27F63CA0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7E71C1C-D235-444B-A171-A4BD4DF297DF}"/>
      </w:docPartPr>
      <w:docPartBody>
        <w:p w:rsidR="00C22741" w:rsidRDefault="00C22741" w:rsidP="00C22741">
          <w:pPr>
            <w:pStyle w:val="BC03558B077B4CE1AE1A72F27F63CA0A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8B2EB55293BF4A2F917974D52D1CDF4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5951137-8553-4114-B71A-005C6814E56C}"/>
      </w:docPartPr>
      <w:docPartBody>
        <w:p w:rsidR="00C22741" w:rsidRDefault="00C22741" w:rsidP="00C22741">
          <w:pPr>
            <w:pStyle w:val="8B2EB55293BF4A2F917974D52D1CDF43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76987020AC314C469F4846700F68E15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502234B-6830-4D1E-9C53-C5E906CE3FFE}"/>
      </w:docPartPr>
      <w:docPartBody>
        <w:p w:rsidR="00C22741" w:rsidRDefault="00C22741" w:rsidP="00C22741">
          <w:pPr>
            <w:pStyle w:val="76987020AC314C469F4846700F68E15E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235B4EC5CFD04C55B1B2985F07FE196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3628E09-1848-4FC5-AECF-8069DCB93A8F}"/>
      </w:docPartPr>
      <w:docPartBody>
        <w:p w:rsidR="00C22741" w:rsidRDefault="00C22741" w:rsidP="00C22741">
          <w:pPr>
            <w:pStyle w:val="235B4EC5CFD04C55B1B2985F07FE1969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BB5CCCE060F041C189A17C3673D1F18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8835367-F30E-4402-982A-91BE95640570}"/>
      </w:docPartPr>
      <w:docPartBody>
        <w:p w:rsidR="00C22741" w:rsidRDefault="00C22741" w:rsidP="00C22741">
          <w:pPr>
            <w:pStyle w:val="BB5CCCE060F041C189A17C3673D1F182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8F4EB8D80CAC4331BA4334FDB3952D8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83132C6-3BCF-43EA-B77A-2942E919D64F}"/>
      </w:docPartPr>
      <w:docPartBody>
        <w:p w:rsidR="00C22741" w:rsidRDefault="00C22741" w:rsidP="00C22741">
          <w:pPr>
            <w:pStyle w:val="8F4EB8D80CAC4331BA4334FDB3952D8B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768DAE3D7D1E4152B4F854D6B299A8A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F9EFA69-F9A3-48D3-9844-38849B3C2B8F}"/>
      </w:docPartPr>
      <w:docPartBody>
        <w:p w:rsidR="00C22741" w:rsidRDefault="00C22741" w:rsidP="00C22741">
          <w:pPr>
            <w:pStyle w:val="768DAE3D7D1E4152B4F854D6B299A8AB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4C16AD5F4DC644698292E8A8B7309BA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7CD682A-DB27-4E67-9C7E-871EA161BA30}"/>
      </w:docPartPr>
      <w:docPartBody>
        <w:p w:rsidR="00C22741" w:rsidRDefault="00C22741" w:rsidP="00C22741">
          <w:pPr>
            <w:pStyle w:val="4C16AD5F4DC644698292E8A8B7309BA8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152B2E345DAA4418A4B9D1C95ACD628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395FF65-9AEE-4EF4-9994-30DB07C92378}"/>
      </w:docPartPr>
      <w:docPartBody>
        <w:p w:rsidR="00C22741" w:rsidRDefault="00C22741" w:rsidP="00C22741">
          <w:pPr>
            <w:pStyle w:val="152B2E345DAA4418A4B9D1C95ACD6281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272CA021E2594671985263DEE12DD9F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81BDB2B-A077-4455-9DC0-81E9CB455628}"/>
      </w:docPartPr>
      <w:docPartBody>
        <w:p w:rsidR="00C22741" w:rsidRDefault="00C22741" w:rsidP="00C22741">
          <w:pPr>
            <w:pStyle w:val="272CA021E2594671985263DEE12DD9F2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D529F4FF901D4C1AB2CA3C532989CD1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2F410C7-0423-44A3-8886-9C3FB5E8EE06}"/>
      </w:docPartPr>
      <w:docPartBody>
        <w:p w:rsidR="00C22741" w:rsidRDefault="00C22741" w:rsidP="00C22741">
          <w:pPr>
            <w:pStyle w:val="D529F4FF901D4C1AB2CA3C532989CD18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B1740B64E35A40E6A0048438937C374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00467D1-DA86-453F-A92D-586D6C78ECB3}"/>
      </w:docPartPr>
      <w:docPartBody>
        <w:p w:rsidR="00C22741" w:rsidRDefault="00C22741" w:rsidP="00C22741">
          <w:pPr>
            <w:pStyle w:val="B1740B64E35A40E6A0048438937C3745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C2FEC9FE73194635B64E7BA09CFC116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E54687D-85A1-45B0-8A96-86DF0D1DA34F}"/>
      </w:docPartPr>
      <w:docPartBody>
        <w:p w:rsidR="00C22741" w:rsidRDefault="00C22741" w:rsidP="00C22741">
          <w:pPr>
            <w:pStyle w:val="C2FEC9FE73194635B64E7BA09CFC116A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520FF804490E4D8CBF66FE470A0BD04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07C214F-0EA3-43D0-814A-792D93647F69}"/>
      </w:docPartPr>
      <w:docPartBody>
        <w:p w:rsidR="00C22741" w:rsidRDefault="00C22741" w:rsidP="00C22741">
          <w:pPr>
            <w:pStyle w:val="520FF804490E4D8CBF66FE470A0BD040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817BAD6CBB3B4FEBA72E483CC8B2D60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0F84F8D-1E52-4FD6-8D6C-0A9ADA723D78}"/>
      </w:docPartPr>
      <w:docPartBody>
        <w:p w:rsidR="00C22741" w:rsidRDefault="00C22741" w:rsidP="00C22741">
          <w:pPr>
            <w:pStyle w:val="817BAD6CBB3B4FEBA72E483CC8B2D60F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59AB5F48FC514D6D96E91EF30BBB83B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4370926-0436-4E0A-8248-0499F357F78A}"/>
      </w:docPartPr>
      <w:docPartBody>
        <w:p w:rsidR="00C22741" w:rsidRDefault="00C22741" w:rsidP="00C22741">
          <w:pPr>
            <w:pStyle w:val="59AB5F48FC514D6D96E91EF30BBB83B6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0EA22842A0C445B596ECB1C59D79A36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DDE6FEC-7746-4E49-99C8-82BC0AE65555}"/>
      </w:docPartPr>
      <w:docPartBody>
        <w:p w:rsidR="00C22741" w:rsidRDefault="00C22741" w:rsidP="00C22741">
          <w:pPr>
            <w:pStyle w:val="0EA22842A0C445B596ECB1C59D79A364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184BB51FD9AA45C8BB761DE42BEDCD9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05FEBDE-7B85-44EB-ACB2-3C0050BE69BF}"/>
      </w:docPartPr>
      <w:docPartBody>
        <w:p w:rsidR="00C22741" w:rsidRDefault="00C22741" w:rsidP="00C22741">
          <w:pPr>
            <w:pStyle w:val="184BB51FD9AA45C8BB761DE42BEDCD9C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2ACAB8149E504EDCAC57ACC9BAC18A6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A93FC61-7590-4FA9-8CE1-6E1B422862CE}"/>
      </w:docPartPr>
      <w:docPartBody>
        <w:p w:rsidR="00C22741" w:rsidRDefault="00C22741" w:rsidP="00C22741">
          <w:pPr>
            <w:pStyle w:val="2ACAB8149E504EDCAC57ACC9BAC18A60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9F5A362530D546AC9B29755E19EF64A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C8297B4-A384-436E-B204-A56B6EE9B434}"/>
      </w:docPartPr>
      <w:docPartBody>
        <w:p w:rsidR="00C22741" w:rsidRDefault="00C22741" w:rsidP="00C22741">
          <w:pPr>
            <w:pStyle w:val="9F5A362530D546AC9B29755E19EF64AE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DE39AAA6617A4191A532D93A91C66C4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CFDCD15-481F-4B99-9AA9-A13554A076D7}"/>
      </w:docPartPr>
      <w:docPartBody>
        <w:p w:rsidR="00C22741" w:rsidRDefault="00C22741" w:rsidP="00C22741">
          <w:pPr>
            <w:pStyle w:val="DE39AAA6617A4191A532D93A91C66C4A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847BC4C9B4244C2BAEBBD318AD4941F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681BA06-BEE1-46D7-ABDF-5C02F5EB75D8}"/>
      </w:docPartPr>
      <w:docPartBody>
        <w:p w:rsidR="00C22741" w:rsidRDefault="00C22741" w:rsidP="00C22741">
          <w:pPr>
            <w:pStyle w:val="847BC4C9B4244C2BAEBBD318AD4941F6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95571721758843E5B671474F9D5C421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E0A0817-43C9-492D-86DA-204FC211591A}"/>
      </w:docPartPr>
      <w:docPartBody>
        <w:p w:rsidR="00C22741" w:rsidRDefault="00C22741" w:rsidP="00C22741">
          <w:pPr>
            <w:pStyle w:val="95571721758843E5B671474F9D5C4218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463372C6C3404E48B3CD6748619E71B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18943FE-F7EC-458F-A9E7-7CA0506D2B46}"/>
      </w:docPartPr>
      <w:docPartBody>
        <w:p w:rsidR="00C22741" w:rsidRDefault="00C22741" w:rsidP="00C22741">
          <w:pPr>
            <w:pStyle w:val="463372C6C3404E48B3CD6748619E71B9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BE8DB7B0866A4B48997D48657EA3095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3A326E1-4B1B-4301-BC31-6379A825FFF1}"/>
      </w:docPartPr>
      <w:docPartBody>
        <w:p w:rsidR="00C22741" w:rsidRDefault="00C22741" w:rsidP="00C22741">
          <w:pPr>
            <w:pStyle w:val="BE8DB7B0866A4B48997D48657EA30951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963E0088A421448CBB11CA9F5AD2FF6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E82B0E4-C2F3-4938-AFA9-4200811496E7}"/>
      </w:docPartPr>
      <w:docPartBody>
        <w:p w:rsidR="00C22741" w:rsidRDefault="00C22741" w:rsidP="00C22741">
          <w:pPr>
            <w:pStyle w:val="963E0088A421448CBB11CA9F5AD2FF60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AD80D4EFDE9D4DFAA6369C9B97CF439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403F064-8A80-473A-B33F-AC1F8F1DE3AB}"/>
      </w:docPartPr>
      <w:docPartBody>
        <w:p w:rsidR="00C22741" w:rsidRDefault="00C22741" w:rsidP="00C22741">
          <w:pPr>
            <w:pStyle w:val="AD80D4EFDE9D4DFAA6369C9B97CF439D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11EA487D70A8444DBFD18C15D337EED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4AADE94-9FCF-4C60-9FA8-4CD6A1B3109F}"/>
      </w:docPartPr>
      <w:docPartBody>
        <w:p w:rsidR="00C22741" w:rsidRDefault="00C22741" w:rsidP="00C22741">
          <w:pPr>
            <w:pStyle w:val="11EA487D70A8444DBFD18C15D337EEDE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5065FFDC7AF3498A9E786FF0FD40E6B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5ED0961-EA26-464A-A310-1984C77FD3CF}"/>
      </w:docPartPr>
      <w:docPartBody>
        <w:p w:rsidR="00C22741" w:rsidRDefault="00C22741" w:rsidP="00C22741">
          <w:pPr>
            <w:pStyle w:val="5065FFDC7AF3498A9E786FF0FD40E6B5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F7250EE5278941858717002617107BC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A3BDAE3-333B-4A25-9F71-E11F386172A4}"/>
      </w:docPartPr>
      <w:docPartBody>
        <w:p w:rsidR="00C22741" w:rsidRDefault="00C22741" w:rsidP="00C22741">
          <w:pPr>
            <w:pStyle w:val="F7250EE5278941858717002617107BC6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D7859721B1E1449ABE816EA854261D9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4DDD8BB-9D26-47A6-92E5-1F955D072334}"/>
      </w:docPartPr>
      <w:docPartBody>
        <w:p w:rsidR="00C22741" w:rsidRDefault="00C22741" w:rsidP="00C22741">
          <w:pPr>
            <w:pStyle w:val="D7859721B1E1449ABE816EA854261D92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CA8F96872BBB41F38CE0CEB19DE0538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9DD0EF8-B510-4562-9D6B-ED6648D0C143}"/>
      </w:docPartPr>
      <w:docPartBody>
        <w:p w:rsidR="00C22741" w:rsidRDefault="00C22741" w:rsidP="00C22741">
          <w:pPr>
            <w:pStyle w:val="CA8F96872BBB41F38CE0CEB19DE05382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2C806B722C3B4BFA876800F0BCC9690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F60D3A4-BE5B-47CA-85D7-D01D7C37F59F}"/>
      </w:docPartPr>
      <w:docPartBody>
        <w:p w:rsidR="00C22741" w:rsidRDefault="00C22741" w:rsidP="00C22741">
          <w:pPr>
            <w:pStyle w:val="2C806B722C3B4BFA876800F0BCC96905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5ED7E66FB75348AB8455FCB1062205F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571A3F0-5C31-4CAC-852C-03364A19B2B2}"/>
      </w:docPartPr>
      <w:docPartBody>
        <w:p w:rsidR="00C22741" w:rsidRDefault="00C22741" w:rsidP="00C22741">
          <w:pPr>
            <w:pStyle w:val="5ED7E66FB75348AB8455FCB1062205FD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9605E2ED4BFB4C048BF62FDEFF993F5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E052F85-4C52-4636-A761-FF31D78161B2}"/>
      </w:docPartPr>
      <w:docPartBody>
        <w:p w:rsidR="00C22741" w:rsidRDefault="00C22741" w:rsidP="00C22741">
          <w:pPr>
            <w:pStyle w:val="9605E2ED4BFB4C048BF62FDEFF993F55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F8FBCA6E9F1E4F74B562B824EEA07EA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24788E2-9ADE-4338-BA54-AA5545407583}"/>
      </w:docPartPr>
      <w:docPartBody>
        <w:p w:rsidR="00C22741" w:rsidRDefault="00C22741" w:rsidP="00C22741">
          <w:pPr>
            <w:pStyle w:val="F8FBCA6E9F1E4F74B562B824EEA07EA3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351EA0F8C5E64EFAA419623B69DD794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2F9614E-B0CF-4FD4-AB44-BC615A3F5646}"/>
      </w:docPartPr>
      <w:docPartBody>
        <w:p w:rsidR="00C22741" w:rsidRDefault="00C22741" w:rsidP="00C22741">
          <w:pPr>
            <w:pStyle w:val="351EA0F8C5E64EFAA419623B69DD7942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6639A9E846DC4E64B3850FA28C31848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A95D0D8-C6E1-413E-B5B9-388F646DFD11}"/>
      </w:docPartPr>
      <w:docPartBody>
        <w:p w:rsidR="00C22741" w:rsidRDefault="00C22741" w:rsidP="00C22741">
          <w:pPr>
            <w:pStyle w:val="6639A9E846DC4E64B3850FA28C31848A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07D1053285434727BA03D4CE90CD8CA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D46FF67-9F7C-4B31-A199-1A8EDFE6A580}"/>
      </w:docPartPr>
      <w:docPartBody>
        <w:p w:rsidR="00C22741" w:rsidRDefault="00C22741" w:rsidP="00C22741">
          <w:pPr>
            <w:pStyle w:val="07D1053285434727BA03D4CE90CD8CA6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3311EC5E93E2452B92FDEA809B90855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BBB9BA1-9ED8-4E10-B7A3-D0248111BF77}"/>
      </w:docPartPr>
      <w:docPartBody>
        <w:p w:rsidR="00C22741" w:rsidRDefault="00C22741" w:rsidP="00C22741">
          <w:pPr>
            <w:pStyle w:val="3311EC5E93E2452B92FDEA809B90855A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9BC800313FBB4134A9D8306A3618BD4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693771A-9BA0-4645-BA34-77551EC0B587}"/>
      </w:docPartPr>
      <w:docPartBody>
        <w:p w:rsidR="00C22741" w:rsidRDefault="00C22741" w:rsidP="00C22741">
          <w:pPr>
            <w:pStyle w:val="9BC800313FBB4134A9D8306A3618BD4D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F77F71D2BDCC43C9A09F691BF0EA041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4FAC91C-1F37-48E5-961C-1C8550A1FCDA}"/>
      </w:docPartPr>
      <w:docPartBody>
        <w:p w:rsidR="00C22741" w:rsidRDefault="00C22741" w:rsidP="00C22741">
          <w:pPr>
            <w:pStyle w:val="F77F71D2BDCC43C9A09F691BF0EA0413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AB2582F4C51F46B99B7F1D288D8E139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518B6E1-741B-4CD0-8BEA-24575049987E}"/>
      </w:docPartPr>
      <w:docPartBody>
        <w:p w:rsidR="00C22741" w:rsidRDefault="00C22741" w:rsidP="00C22741">
          <w:pPr>
            <w:pStyle w:val="AB2582F4C51F46B99B7F1D288D8E1398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51F4F272E88D4330900944EE2238E79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D3AA57D-139C-46E2-A753-307155F65E49}"/>
      </w:docPartPr>
      <w:docPartBody>
        <w:p w:rsidR="00C22741" w:rsidRDefault="00C22741" w:rsidP="00C22741">
          <w:pPr>
            <w:pStyle w:val="51F4F272E88D4330900944EE2238E799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80574EE168714923A50B9FA55D0D096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BEE01DE-3D4B-4E47-8B26-E2FA8B516043}"/>
      </w:docPartPr>
      <w:docPartBody>
        <w:p w:rsidR="00C22741" w:rsidRDefault="00C22741" w:rsidP="00C22741">
          <w:pPr>
            <w:pStyle w:val="80574EE168714923A50B9FA55D0D0960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A5701E5DA37A4EB2B666F2AC4443ADC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AF9A68F-2BDE-40DF-876E-B8DA76D3980E}"/>
      </w:docPartPr>
      <w:docPartBody>
        <w:p w:rsidR="00C22741" w:rsidRDefault="00C22741" w:rsidP="00C22741">
          <w:pPr>
            <w:pStyle w:val="A5701E5DA37A4EB2B666F2AC4443ADCF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1C5B0706D81A426B8EAD64E781372EA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197B4BF-A5C6-4B3E-B50C-36DEFC486A63}"/>
      </w:docPartPr>
      <w:docPartBody>
        <w:p w:rsidR="00C22741" w:rsidRDefault="00C22741" w:rsidP="00C22741">
          <w:pPr>
            <w:pStyle w:val="1C5B0706D81A426B8EAD64E781372EAF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72A0F83965EA4137AC718F7CE60F82A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3C5F104-E714-4E13-9C71-6D50E6583AFC}"/>
      </w:docPartPr>
      <w:docPartBody>
        <w:p w:rsidR="00C22741" w:rsidRDefault="00C22741" w:rsidP="00C22741">
          <w:pPr>
            <w:pStyle w:val="72A0F83965EA4137AC718F7CE60F82A6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5212C2969B144BF797F391E718D665F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39F38FD-00E0-45CA-A82A-6B0A459A9DA2}"/>
      </w:docPartPr>
      <w:docPartBody>
        <w:p w:rsidR="00C22741" w:rsidRDefault="00C22741" w:rsidP="00C22741">
          <w:pPr>
            <w:pStyle w:val="5212C2969B144BF797F391E718D665F8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65012980211D4F1CBEF373229231374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DBECCDD-3CCA-4363-BFE5-13225C31A569}"/>
      </w:docPartPr>
      <w:docPartBody>
        <w:p w:rsidR="00C22741" w:rsidRDefault="00C22741" w:rsidP="00C22741">
          <w:pPr>
            <w:pStyle w:val="65012980211D4F1CBEF3732292313743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8053EAD0B4154F35956B048B02B7D76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6C365E2-6B9F-4C63-853A-81B7AD5843E9}"/>
      </w:docPartPr>
      <w:docPartBody>
        <w:p w:rsidR="00C22741" w:rsidRDefault="00C22741" w:rsidP="00C22741">
          <w:pPr>
            <w:pStyle w:val="8053EAD0B4154F35956B048B02B7D768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7FF2C5D0C0F343E8BAD5DDB6D2996BC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D2C5EEF-BEB1-47D3-8004-BE61EE0803F5}"/>
      </w:docPartPr>
      <w:docPartBody>
        <w:p w:rsidR="00C22741" w:rsidRDefault="00C22741" w:rsidP="00C22741">
          <w:pPr>
            <w:pStyle w:val="7FF2C5D0C0F343E8BAD5DDB6D2996BCB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062E5D7E636C4177AC70C3BA538183E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F7902C4-5B7F-404B-9CDE-2F8D772C1878}"/>
      </w:docPartPr>
      <w:docPartBody>
        <w:p w:rsidR="00C22741" w:rsidRDefault="00C22741" w:rsidP="00C22741">
          <w:pPr>
            <w:pStyle w:val="062E5D7E636C4177AC70C3BA538183ED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8EBD63D8DF4A417582010CF320210E0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4C94A3D-27A4-499D-9058-387558BF973E}"/>
      </w:docPartPr>
      <w:docPartBody>
        <w:p w:rsidR="00C22741" w:rsidRDefault="00C22741" w:rsidP="00C22741">
          <w:pPr>
            <w:pStyle w:val="8EBD63D8DF4A417582010CF320210E0E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2B71881EA68D494A885AAE7812767C8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1B7675A-39D6-443D-BEA2-37C1BBA1756F}"/>
      </w:docPartPr>
      <w:docPartBody>
        <w:p w:rsidR="00C22741" w:rsidRDefault="00C22741" w:rsidP="00C22741">
          <w:pPr>
            <w:pStyle w:val="2B71881EA68D494A885AAE7812767C8A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FAB6043562FF47528C00812BBAC95D6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E40BDCE-B3B9-42B2-BD67-5AF87C354536}"/>
      </w:docPartPr>
      <w:docPartBody>
        <w:p w:rsidR="00C22741" w:rsidRDefault="00C22741" w:rsidP="00C22741">
          <w:pPr>
            <w:pStyle w:val="FAB6043562FF47528C00812BBAC95D69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16EF51BB7E2E43E087B51B5C56CA2B3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5280A7D-7C5F-4A96-AB6A-F94AD6C90228}"/>
      </w:docPartPr>
      <w:docPartBody>
        <w:p w:rsidR="00C22741" w:rsidRDefault="00C22741" w:rsidP="00C22741">
          <w:pPr>
            <w:pStyle w:val="16EF51BB7E2E43E087B51B5C56CA2B3F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F291610964E94BDAAE7CA0C7ED472FF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AD42717-53DF-4FDE-AD79-0F74916777A5}"/>
      </w:docPartPr>
      <w:docPartBody>
        <w:p w:rsidR="00C22741" w:rsidRDefault="00C22741" w:rsidP="00C22741">
          <w:pPr>
            <w:pStyle w:val="F291610964E94BDAAE7CA0C7ED472FFC1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4C4E463BE6F348E593B3723692F0A15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15C7035-B0F4-401B-9FCB-6EBA4F5D3794}"/>
      </w:docPartPr>
      <w:docPartBody>
        <w:p w:rsidR="00C22741" w:rsidRDefault="00C22741" w:rsidP="00C22741">
          <w:pPr>
            <w:pStyle w:val="4C4E463BE6F348E593B3723692F0A15C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13648B4D5788486988BC794CAFD7741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A154CB2-D870-466F-BC3D-05F5AD81ECA8}"/>
      </w:docPartPr>
      <w:docPartBody>
        <w:p w:rsidR="00C22741" w:rsidRDefault="00C22741" w:rsidP="00C22741">
          <w:pPr>
            <w:pStyle w:val="13648B4D5788486988BC794CAFD77417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07807671DF124F0B9032C83876C9D6E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162C553-FEBD-4DE2-8F04-84F21A28721C}"/>
      </w:docPartPr>
      <w:docPartBody>
        <w:p w:rsidR="00C31105" w:rsidRDefault="00C22741" w:rsidP="00C22741">
          <w:pPr>
            <w:pStyle w:val="07807671DF124F0B9032C83876C9D6E1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F3FBA3A109B0497AA81AA345C5822DA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652C68D-92A6-4047-AF8D-60C60C14909C}"/>
      </w:docPartPr>
      <w:docPartBody>
        <w:p w:rsidR="00C31105" w:rsidRDefault="00C22741" w:rsidP="00C22741">
          <w:pPr>
            <w:pStyle w:val="F3FBA3A109B0497AA81AA345C5822DAC"/>
          </w:pPr>
          <w:r w:rsidRPr="00E244E8">
            <w:rPr>
              <w:rStyle w:val="a3"/>
            </w:rPr>
            <w:t>Место для ввода даты.</w:t>
          </w:r>
        </w:p>
      </w:docPartBody>
    </w:docPart>
    <w:docPart>
      <w:docPartPr>
        <w:name w:val="6B8CC0BE5A0546A1838B236C6194190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3372491-4CD0-47FD-B323-CA718896F356}"/>
      </w:docPartPr>
      <w:docPartBody>
        <w:p w:rsidR="00C31105" w:rsidRDefault="00C22741" w:rsidP="00C22741">
          <w:pPr>
            <w:pStyle w:val="6B8CC0BE5A0546A1838B236C6194190C"/>
          </w:pPr>
          <w:r w:rsidRPr="005A4E40">
            <w:rPr>
              <w:rStyle w:val="a3"/>
              <w:u w:val="single"/>
              <w:lang w:val="ru-RU"/>
            </w:rPr>
            <w:t>Место для ввода текста.</w:t>
          </w:r>
        </w:p>
      </w:docPartBody>
    </w:docPart>
    <w:docPart>
      <w:docPartPr>
        <w:name w:val="DefaultPlaceholder_-185401344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A1CA3C6-AB0A-4B7D-B501-525B6BDEE7FE}"/>
      </w:docPartPr>
      <w:docPartBody>
        <w:p w:rsidR="009F1467" w:rsidRDefault="007A40D4"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BF661C0D0C994209BEB6BC4A722068B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1C7DE36-292D-4421-A7FC-A453C8E51B53}"/>
      </w:docPartPr>
      <w:docPartBody>
        <w:p w:rsidR="00000000" w:rsidRDefault="009F1467" w:rsidP="009F1467">
          <w:pPr>
            <w:pStyle w:val="BF661C0D0C994209BEB6BC4A722068B9"/>
          </w:pPr>
          <w:r w:rsidRPr="005A4E40">
            <w:rPr>
              <w:rStyle w:val="a3"/>
            </w:rPr>
            <w:t>Место для ввода текста.</w:t>
          </w:r>
        </w:p>
      </w:docPartBody>
    </w:docPart>
    <w:docPart>
      <w:docPartPr>
        <w:name w:val="405796C969FC48209F705589F92E563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129F96C-C3B8-4E34-945C-4C215C00A6A3}"/>
      </w:docPartPr>
      <w:docPartBody>
        <w:p w:rsidR="00000000" w:rsidRDefault="009F1467" w:rsidP="009F1467">
          <w:pPr>
            <w:pStyle w:val="405796C969FC48209F705589F92E563D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6DECEE6A252E4E878A2C89974638931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99760C1-1974-4EF4-A10A-B7E31E218A75}"/>
      </w:docPartPr>
      <w:docPartBody>
        <w:p w:rsidR="00000000" w:rsidRDefault="009F1467" w:rsidP="009F1467">
          <w:pPr>
            <w:pStyle w:val="6DECEE6A252E4E878A2C89974638931F"/>
          </w:pPr>
          <w:r w:rsidRPr="005A4E40">
            <w:rPr>
              <w:rStyle w:val="a3"/>
            </w:rPr>
            <w:t>Выберите элемент.</w:t>
          </w:r>
        </w:p>
      </w:docPartBody>
    </w:docPart>
    <w:docPart>
      <w:docPartPr>
        <w:name w:val="5B71B8EE6DB94B28923C9DB5179A845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65C44FF-E919-4AF7-8496-719A0165C3D2}"/>
      </w:docPartPr>
      <w:docPartBody>
        <w:p w:rsidR="00000000" w:rsidRDefault="009F1467" w:rsidP="009F1467">
          <w:pPr>
            <w:pStyle w:val="5B71B8EE6DB94B28923C9DB5179A845E"/>
          </w:pPr>
          <w:r w:rsidRPr="005A4E40">
            <w:rPr>
              <w:rStyle w:val="a3"/>
            </w:rPr>
            <w:t>Место для ввода текста.</w:t>
          </w:r>
        </w:p>
      </w:docPartBody>
    </w:docPart>
    <w:docPart>
      <w:docPartPr>
        <w:name w:val="09F7667F1FFF43E4A055FDD1F400D80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445221B-1B07-4ACF-B033-1F96C36C4589}"/>
      </w:docPartPr>
      <w:docPartBody>
        <w:p w:rsidR="00000000" w:rsidRDefault="009F1467" w:rsidP="009F1467">
          <w:pPr>
            <w:pStyle w:val="09F7667F1FFF43E4A055FDD1F400D80A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18F7596EDBB34B11859C9C207CD8603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3C4EA8A-8F74-49C0-9E2B-E0239744B2B4}"/>
      </w:docPartPr>
      <w:docPartBody>
        <w:p w:rsidR="00000000" w:rsidRDefault="009F1467" w:rsidP="009F1467">
          <w:pPr>
            <w:pStyle w:val="18F7596EDBB34B11859C9C207CD86033"/>
          </w:pPr>
          <w:r w:rsidRPr="00E244E8">
            <w:rPr>
              <w:rStyle w:val="a3"/>
            </w:rPr>
            <w:t>Место для ввода текста.</w:t>
          </w:r>
        </w:p>
      </w:docPartBody>
    </w:docPart>
    <w:docPart>
      <w:docPartPr>
        <w:name w:val="5A6B4993BD5D4964B7588357BCAB2C7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4263469-43C9-47BB-BD34-341BA52B5D9A}"/>
      </w:docPartPr>
      <w:docPartBody>
        <w:p w:rsidR="00000000" w:rsidRDefault="009F1467" w:rsidP="009F1467">
          <w:pPr>
            <w:pStyle w:val="5A6B4993BD5D4964B7588357BCAB2C7F"/>
          </w:pPr>
          <w:r w:rsidRPr="009B5462">
            <w:rPr>
              <w:rStyle w:val="a3"/>
            </w:rPr>
            <w:t>Выберите элемент.</w:t>
          </w:r>
        </w:p>
      </w:docPartBody>
    </w:docPart>
    <w:docPart>
      <w:docPartPr>
        <w:name w:val="8F06B6FAA8864DC1A2F4917AB18CAF3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706DAE9-C9F2-43A4-B28E-43DE87F49035}"/>
      </w:docPartPr>
      <w:docPartBody>
        <w:p w:rsidR="00000000" w:rsidRDefault="009F1467" w:rsidP="009F1467">
          <w:pPr>
            <w:pStyle w:val="8F06B6FAA8864DC1A2F4917AB18CAF32"/>
          </w:pPr>
          <w:r w:rsidRPr="005A4E40">
            <w:rPr>
              <w:rStyle w:val="a3"/>
            </w:rPr>
            <w:t>Место для ввода текста.</w:t>
          </w:r>
        </w:p>
      </w:docPartBody>
    </w:docPart>
    <w:docPart>
      <w:docPartPr>
        <w:name w:val="7625388B2B9F4474BF12CBEF25D8222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A03FD06-D85C-4164-97D1-6C26DC71E411}"/>
      </w:docPartPr>
      <w:docPartBody>
        <w:p w:rsidR="00000000" w:rsidRDefault="009F1467" w:rsidP="009F1467">
          <w:pPr>
            <w:pStyle w:val="7625388B2B9F4474BF12CBEF25D82224"/>
          </w:pPr>
          <w:r w:rsidRPr="005A4E40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A08"/>
    <w:rsid w:val="000C7110"/>
    <w:rsid w:val="00174386"/>
    <w:rsid w:val="00382DC8"/>
    <w:rsid w:val="003923C8"/>
    <w:rsid w:val="007A40D4"/>
    <w:rsid w:val="00875A08"/>
    <w:rsid w:val="009F1467"/>
    <w:rsid w:val="00C22741"/>
    <w:rsid w:val="00C31105"/>
    <w:rsid w:val="00CB622E"/>
    <w:rsid w:val="00D56D9A"/>
    <w:rsid w:val="00DE3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F1467"/>
    <w:rPr>
      <w:color w:val="666666"/>
    </w:rPr>
  </w:style>
  <w:style w:type="paragraph" w:customStyle="1" w:styleId="8F850A979CA64397B70E91B8632E433D">
    <w:name w:val="8F850A979CA64397B70E91B8632E433D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9F639D0659094E8394134557585BE825">
    <w:name w:val="9F639D0659094E8394134557585BE825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656B95857B424EADB5797D595939FF4B">
    <w:name w:val="656B95857B424EADB5797D595939FF4B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07807671DF124F0B9032C83876C9D6E1">
    <w:name w:val="07807671DF124F0B9032C83876C9D6E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F3FBA3A109B0497AA81AA345C5822DAC">
    <w:name w:val="F3FBA3A109B0497AA81AA345C5822DAC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413A77EDAB9649068F8039DD3940BD581">
    <w:name w:val="413A77EDAB9649068F8039DD3940BD58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D93AF826444349B0B7EC0C341FC6AB1B1">
    <w:name w:val="D93AF826444349B0B7EC0C341FC6AB1B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7017B3B10011472A967771BE65C059641">
    <w:name w:val="7017B3B10011472A967771BE65C05964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21B2563BACA44697B0802B7C03FF50B71">
    <w:name w:val="21B2563BACA44697B0802B7C03FF50B7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B9F60B6311414495A08E8D3CD904E4771">
    <w:name w:val="B9F60B6311414495A08E8D3CD904E477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C78B3DBEC648449B841AB16BF12950161">
    <w:name w:val="C78B3DBEC648449B841AB16BF1295016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81E9475B32274420999D95ADBA13EC0C1">
    <w:name w:val="81E9475B32274420999D95ADBA13EC0C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1EB0A6BEDE0B4BE18E648A3E990AE2801">
    <w:name w:val="1EB0A6BEDE0B4BE18E648A3E990AE280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A1DADAC493EA422582A4316CFAC988DD1">
    <w:name w:val="A1DADAC493EA422582A4316CFAC988DD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F8C6A319B3A743EBB71AE6F46FB3E4381">
    <w:name w:val="F8C6A319B3A743EBB71AE6F46FB3E438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8D23EDC59CB8415F9D63FE9B42DA8E2C1">
    <w:name w:val="8D23EDC59CB8415F9D63FE9B42DA8E2C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4BC6299AC1E84D65B76C601F65BE5EA11">
    <w:name w:val="4BC6299AC1E84D65B76C601F65BE5EA1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EB14046F767D407FBA046DAB1CF6B9C41">
    <w:name w:val="EB14046F767D407FBA046DAB1CF6B9C4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87D4A3B2BE9E47F8B8D85E26A5DCAB1D1">
    <w:name w:val="87D4A3B2BE9E47F8B8D85E26A5DCAB1D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E8AC37C5571E4791ADBC48A9F58F3CF61">
    <w:name w:val="E8AC37C5571E4791ADBC48A9F58F3CF6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B03BC39E5E784D92BA61D07CE74C7DE91">
    <w:name w:val="B03BC39E5E784D92BA61D07CE74C7DE9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D95E5A2276984A1AAF4DFBB8102BB7DA1">
    <w:name w:val="D95E5A2276984A1AAF4DFBB8102BB7DA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CD9647CC6CFE4CDAB8F48E2EB6EAC0681">
    <w:name w:val="CD9647CC6CFE4CDAB8F48E2EB6EAC068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BC03558B077B4CE1AE1A72F27F63CA0A1">
    <w:name w:val="BC03558B077B4CE1AE1A72F27F63CA0A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8B2EB55293BF4A2F917974D52D1CDF431">
    <w:name w:val="8B2EB55293BF4A2F917974D52D1CDF43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76987020AC314C469F4846700F68E15E1">
    <w:name w:val="76987020AC314C469F4846700F68E15E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235B4EC5CFD04C55B1B2985F07FE19691">
    <w:name w:val="235B4EC5CFD04C55B1B2985F07FE1969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BB5CCCE060F041C189A17C3673D1F1821">
    <w:name w:val="BB5CCCE060F041C189A17C3673D1F182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8F4EB8D80CAC4331BA4334FDB3952D8B1">
    <w:name w:val="8F4EB8D80CAC4331BA4334FDB3952D8B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768DAE3D7D1E4152B4F854D6B299A8AB1">
    <w:name w:val="768DAE3D7D1E4152B4F854D6B299A8AB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4C16AD5F4DC644698292E8A8B7309BA81">
    <w:name w:val="4C16AD5F4DC644698292E8A8B7309BA8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152B2E345DAA4418A4B9D1C95ACD62811">
    <w:name w:val="152B2E345DAA4418A4B9D1C95ACD6281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272CA021E2594671985263DEE12DD9F21">
    <w:name w:val="272CA021E2594671985263DEE12DD9F2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D529F4FF901D4C1AB2CA3C532989CD181">
    <w:name w:val="D529F4FF901D4C1AB2CA3C532989CD18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B1740B64E35A40E6A0048438937C37451">
    <w:name w:val="B1740B64E35A40E6A0048438937C3745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C2FEC9FE73194635B64E7BA09CFC116A1">
    <w:name w:val="C2FEC9FE73194635B64E7BA09CFC116A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520FF804490E4D8CBF66FE470A0BD0401">
    <w:name w:val="520FF804490E4D8CBF66FE470A0BD040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817BAD6CBB3B4FEBA72E483CC8B2D60F1">
    <w:name w:val="817BAD6CBB3B4FEBA72E483CC8B2D60F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59AB5F48FC514D6D96E91EF30BBB83B61">
    <w:name w:val="59AB5F48FC514D6D96E91EF30BBB83B6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0EA22842A0C445B596ECB1C59D79A3641">
    <w:name w:val="0EA22842A0C445B596ECB1C59D79A364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184BB51FD9AA45C8BB761DE42BEDCD9C1">
    <w:name w:val="184BB51FD9AA45C8BB761DE42BEDCD9C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2ACAB8149E504EDCAC57ACC9BAC18A601">
    <w:name w:val="2ACAB8149E504EDCAC57ACC9BAC18A60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9F5A362530D546AC9B29755E19EF64AE1">
    <w:name w:val="9F5A362530D546AC9B29755E19EF64AE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DE39AAA6617A4191A532D93A91C66C4A1">
    <w:name w:val="DE39AAA6617A4191A532D93A91C66C4A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847BC4C9B4244C2BAEBBD318AD4941F61">
    <w:name w:val="847BC4C9B4244C2BAEBBD318AD4941F6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95571721758843E5B671474F9D5C42181">
    <w:name w:val="95571721758843E5B671474F9D5C4218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463372C6C3404E48B3CD6748619E71B91">
    <w:name w:val="463372C6C3404E48B3CD6748619E71B9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BE8DB7B0866A4B48997D48657EA309511">
    <w:name w:val="BE8DB7B0866A4B48997D48657EA30951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963E0088A421448CBB11CA9F5AD2FF601">
    <w:name w:val="963E0088A421448CBB11CA9F5AD2FF60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AD80D4EFDE9D4DFAA6369C9B97CF439D1">
    <w:name w:val="AD80D4EFDE9D4DFAA6369C9B97CF439D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11EA487D70A8444DBFD18C15D337EEDE1">
    <w:name w:val="11EA487D70A8444DBFD18C15D337EEDE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5065FFDC7AF3498A9E786FF0FD40E6B51">
    <w:name w:val="5065FFDC7AF3498A9E786FF0FD40E6B5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F7250EE5278941858717002617107BC61">
    <w:name w:val="F7250EE5278941858717002617107BC6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D7859721B1E1449ABE816EA854261D921">
    <w:name w:val="D7859721B1E1449ABE816EA854261D92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CA8F96872BBB41F38CE0CEB19DE053821">
    <w:name w:val="CA8F96872BBB41F38CE0CEB19DE05382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2C806B722C3B4BFA876800F0BCC969051">
    <w:name w:val="2C806B722C3B4BFA876800F0BCC96905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5ED7E66FB75348AB8455FCB1062205FD1">
    <w:name w:val="5ED7E66FB75348AB8455FCB1062205FD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9605E2ED4BFB4C048BF62FDEFF993F551">
    <w:name w:val="9605E2ED4BFB4C048BF62FDEFF993F55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F8FBCA6E9F1E4F74B562B824EEA07EA31">
    <w:name w:val="F8FBCA6E9F1E4F74B562B824EEA07EA3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351EA0F8C5E64EFAA419623B69DD79421">
    <w:name w:val="351EA0F8C5E64EFAA419623B69DD7942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6639A9E846DC4E64B3850FA28C31848A1">
    <w:name w:val="6639A9E846DC4E64B3850FA28C31848A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07D1053285434727BA03D4CE90CD8CA61">
    <w:name w:val="07D1053285434727BA03D4CE90CD8CA6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3311EC5E93E2452B92FDEA809B90855A1">
    <w:name w:val="3311EC5E93E2452B92FDEA809B90855A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9BC800313FBB4134A9D8306A3618BD4D1">
    <w:name w:val="9BC800313FBB4134A9D8306A3618BD4D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F77F71D2BDCC43C9A09F691BF0EA04131">
    <w:name w:val="F77F71D2BDCC43C9A09F691BF0EA0413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AB2582F4C51F46B99B7F1D288D8E13981">
    <w:name w:val="AB2582F4C51F46B99B7F1D288D8E1398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51F4F272E88D4330900944EE2238E7991">
    <w:name w:val="51F4F272E88D4330900944EE2238E799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80574EE168714923A50B9FA55D0D09601">
    <w:name w:val="80574EE168714923A50B9FA55D0D0960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A5701E5DA37A4EB2B666F2AC4443ADCF1">
    <w:name w:val="A5701E5DA37A4EB2B666F2AC4443ADCF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1C5B0706D81A426B8EAD64E781372EAF1">
    <w:name w:val="1C5B0706D81A426B8EAD64E781372EAF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72A0F83965EA4137AC718F7CE60F82A61">
    <w:name w:val="72A0F83965EA4137AC718F7CE60F82A6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5212C2969B144BF797F391E718D665F81">
    <w:name w:val="5212C2969B144BF797F391E718D665F8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65012980211D4F1CBEF37322923137431">
    <w:name w:val="65012980211D4F1CBEF3732292313743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8053EAD0B4154F35956B048B02B7D7681">
    <w:name w:val="8053EAD0B4154F35956B048B02B7D768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7FF2C5D0C0F343E8BAD5DDB6D2996BCB1">
    <w:name w:val="7FF2C5D0C0F343E8BAD5DDB6D2996BCB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062E5D7E636C4177AC70C3BA538183ED1">
    <w:name w:val="062E5D7E636C4177AC70C3BA538183ED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8EBD63D8DF4A417582010CF320210E0E1">
    <w:name w:val="8EBD63D8DF4A417582010CF320210E0E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2B71881EA68D494A885AAE7812767C8A1">
    <w:name w:val="2B71881EA68D494A885AAE7812767C8A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FAB6043562FF47528C00812BBAC95D691">
    <w:name w:val="FAB6043562FF47528C00812BBAC95D69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16EF51BB7E2E43E087B51B5C56CA2B3F1">
    <w:name w:val="16EF51BB7E2E43E087B51B5C56CA2B3F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F291610964E94BDAAE7CA0C7ED472FFC1">
    <w:name w:val="F291610964E94BDAAE7CA0C7ED472FFC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4C4E463BE6F348E593B3723692F0A15C1">
    <w:name w:val="4C4E463BE6F348E593B3723692F0A15C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13648B4D5788486988BC794CAFD774171">
    <w:name w:val="13648B4D5788486988BC794CAFD774171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6B8CC0BE5A0546A1838B236C6194190C">
    <w:name w:val="6B8CC0BE5A0546A1838B236C6194190C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4E9DCEEE53804C4194A42A69E8EC5F26">
    <w:name w:val="4E9DCEEE53804C4194A42A69E8EC5F26"/>
    <w:rsid w:val="00C22741"/>
    <w:pPr>
      <w:spacing w:after="200" w:line="276" w:lineRule="auto"/>
    </w:pPr>
    <w:rPr>
      <w:kern w:val="0"/>
      <w:sz w:val="22"/>
      <w:szCs w:val="22"/>
      <w:lang w:val="en-US" w:eastAsia="en-US"/>
      <w14:ligatures w14:val="none"/>
    </w:rPr>
  </w:style>
  <w:style w:type="paragraph" w:customStyle="1" w:styleId="563FCA337A6F4F03B95FD87190C3B725">
    <w:name w:val="563FCA337A6F4F03B95FD87190C3B725"/>
    <w:rsid w:val="007A40D4"/>
  </w:style>
  <w:style w:type="paragraph" w:customStyle="1" w:styleId="9BED36FF40B648749228C3E62908A92C">
    <w:name w:val="9BED36FF40B648749228C3E62908A92C"/>
    <w:rsid w:val="007A40D4"/>
  </w:style>
  <w:style w:type="paragraph" w:customStyle="1" w:styleId="AD3DFC65F4054B198479F7BF84223F00">
    <w:name w:val="AD3DFC65F4054B198479F7BF84223F00"/>
    <w:rsid w:val="009F1467"/>
  </w:style>
  <w:style w:type="paragraph" w:customStyle="1" w:styleId="62CFCB8BB7264F5E8FFCCE2A8487752E">
    <w:name w:val="62CFCB8BB7264F5E8FFCCE2A8487752E"/>
    <w:rsid w:val="009F1467"/>
  </w:style>
  <w:style w:type="paragraph" w:customStyle="1" w:styleId="C6D1D2A93C98492FA232965C60BE78A9">
    <w:name w:val="C6D1D2A93C98492FA232965C60BE78A9"/>
    <w:rsid w:val="009F1467"/>
  </w:style>
  <w:style w:type="paragraph" w:customStyle="1" w:styleId="AAAF773BEE1B4EB6A230FAA7C02FEBDD">
    <w:name w:val="AAAF773BEE1B4EB6A230FAA7C02FEBDD"/>
    <w:rsid w:val="009F1467"/>
  </w:style>
  <w:style w:type="paragraph" w:customStyle="1" w:styleId="82BECD8430274294A68DE1D89CCA76DA">
    <w:name w:val="82BECD8430274294A68DE1D89CCA76DA"/>
    <w:rsid w:val="009F1467"/>
  </w:style>
  <w:style w:type="paragraph" w:customStyle="1" w:styleId="FFA578565C4D4938BEF8F45FAE7C86AA">
    <w:name w:val="FFA578565C4D4938BEF8F45FAE7C86AA"/>
    <w:rsid w:val="009F1467"/>
  </w:style>
  <w:style w:type="paragraph" w:customStyle="1" w:styleId="AC66909D840249379E594FF1B64FC5FB">
    <w:name w:val="AC66909D840249379E594FF1B64FC5FB"/>
    <w:rsid w:val="009F1467"/>
  </w:style>
  <w:style w:type="paragraph" w:customStyle="1" w:styleId="E51A37F2834C4533A46940D51074C614">
    <w:name w:val="E51A37F2834C4533A46940D51074C614"/>
    <w:rsid w:val="009F1467"/>
  </w:style>
  <w:style w:type="paragraph" w:customStyle="1" w:styleId="06C93D2F782E4069A77E70842E54EB69">
    <w:name w:val="06C93D2F782E4069A77E70842E54EB69"/>
    <w:rsid w:val="009F1467"/>
  </w:style>
  <w:style w:type="paragraph" w:customStyle="1" w:styleId="E88AF5C570334A889302F89A78C89F54">
    <w:name w:val="E88AF5C570334A889302F89A78C89F54"/>
    <w:rsid w:val="009F1467"/>
  </w:style>
  <w:style w:type="paragraph" w:customStyle="1" w:styleId="325B422F170C4B1CA8CB3EF041E43A89">
    <w:name w:val="325B422F170C4B1CA8CB3EF041E43A89"/>
    <w:rsid w:val="009F1467"/>
  </w:style>
  <w:style w:type="paragraph" w:customStyle="1" w:styleId="BF661C0D0C994209BEB6BC4A722068B9">
    <w:name w:val="BF661C0D0C994209BEB6BC4A722068B9"/>
    <w:rsid w:val="009F1467"/>
  </w:style>
  <w:style w:type="paragraph" w:customStyle="1" w:styleId="405796C969FC48209F705589F92E563D">
    <w:name w:val="405796C969FC48209F705589F92E563D"/>
    <w:rsid w:val="009F1467"/>
  </w:style>
  <w:style w:type="paragraph" w:customStyle="1" w:styleId="21B0B860DA8C457E8F3045B533B85B59">
    <w:name w:val="21B0B860DA8C457E8F3045B533B85B59"/>
    <w:rsid w:val="009F1467"/>
  </w:style>
  <w:style w:type="paragraph" w:customStyle="1" w:styleId="6DECEE6A252E4E878A2C89974638931F">
    <w:name w:val="6DECEE6A252E4E878A2C89974638931F"/>
    <w:rsid w:val="009F1467"/>
  </w:style>
  <w:style w:type="paragraph" w:customStyle="1" w:styleId="5B71B8EE6DB94B28923C9DB5179A845E">
    <w:name w:val="5B71B8EE6DB94B28923C9DB5179A845E"/>
    <w:rsid w:val="009F1467"/>
  </w:style>
  <w:style w:type="paragraph" w:customStyle="1" w:styleId="09F7667F1FFF43E4A055FDD1F400D80A">
    <w:name w:val="09F7667F1FFF43E4A055FDD1F400D80A"/>
    <w:rsid w:val="009F1467"/>
  </w:style>
  <w:style w:type="paragraph" w:customStyle="1" w:styleId="18F7596EDBB34B11859C9C207CD86033">
    <w:name w:val="18F7596EDBB34B11859C9C207CD86033"/>
    <w:rsid w:val="009F1467"/>
  </w:style>
  <w:style w:type="paragraph" w:customStyle="1" w:styleId="5A6B4993BD5D4964B7588357BCAB2C7F">
    <w:name w:val="5A6B4993BD5D4964B7588357BCAB2C7F"/>
    <w:rsid w:val="009F1467"/>
  </w:style>
  <w:style w:type="paragraph" w:customStyle="1" w:styleId="8F06B6FAA8864DC1A2F4917AB18CAF32">
    <w:name w:val="8F06B6FAA8864DC1A2F4917AB18CAF32"/>
    <w:rsid w:val="009F1467"/>
  </w:style>
  <w:style w:type="paragraph" w:customStyle="1" w:styleId="7625388B2B9F4474BF12CBEF25D82224">
    <w:name w:val="7625388B2B9F4474BF12CBEF25D82224"/>
    <w:rsid w:val="009F146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837D17-FA60-463C-94AD-E5C8B4A92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255</TotalTime>
  <Pages>4</Pages>
  <Words>462</Words>
  <Characters>2634</Characters>
  <Application>Microsoft Office Word</Application>
  <DocSecurity>0</DocSecurity>
  <Lines>21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3090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Sergej Golubev</cp:lastModifiedBy>
  <cp:revision>11</cp:revision>
  <dcterms:created xsi:type="dcterms:W3CDTF">2025-03-27T11:54:00Z</dcterms:created>
  <dcterms:modified xsi:type="dcterms:W3CDTF">2025-03-28T16:07:00Z</dcterms:modified>
  <cp:category/>
</cp:coreProperties>
</file>